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4787998" w14:textId="77777777" w:rsidR="00304129" w:rsidRDefault="00304129" w:rsidP="00EF0F32">
      <w:pPr>
        <w:pStyle w:val="Heading2"/>
      </w:pPr>
      <w:r w:rsidRPr="00304129">
        <w:t>UNPAID CAREGIVING of children, persons with disabilities and older people in Latin America and the Caribbean: key numbers and trends</w:t>
      </w:r>
      <w:r>
        <w:t>.</w:t>
      </w:r>
    </w:p>
    <w:p w14:paraId="711E5D4F" w14:textId="16AA6A29" w:rsidR="00EF0F32" w:rsidRPr="00304129" w:rsidRDefault="00304129" w:rsidP="00EF0F32">
      <w:pPr>
        <w:pStyle w:val="Heading2"/>
        <w:rPr>
          <w:b/>
          <w:bCs/>
        </w:rPr>
      </w:pPr>
      <w:r>
        <w:rPr>
          <w:b/>
          <w:bCs/>
        </w:rPr>
        <w:t xml:space="preserve">Annex 4. </w:t>
      </w:r>
      <w:r w:rsidR="00EF0F32" w:rsidRPr="00304129">
        <w:rPr>
          <w:b/>
          <w:bCs/>
        </w:rPr>
        <w:t>Replication of main results with original classification of care recipients</w:t>
      </w:r>
    </w:p>
    <w:p w14:paraId="34EE92DD" w14:textId="77777777" w:rsidR="00EF0F32" w:rsidRDefault="00EF0F32" w:rsidP="00EF0F32">
      <w:pPr>
        <w:spacing w:after="160" w:line="278" w:lineRule="auto"/>
        <w:rPr>
          <w:rFonts w:ascii="Arial" w:hAnsi="Arial" w:cs="Arial"/>
          <w:b/>
          <w:bCs/>
          <w:sz w:val="22"/>
          <w:szCs w:val="16"/>
        </w:rPr>
      </w:pPr>
      <w:r>
        <w:br w:type="page"/>
      </w:r>
    </w:p>
    <w:p w14:paraId="3F85092B" w14:textId="3C4906FF" w:rsidR="00EF0F32" w:rsidRDefault="00EF0F32" w:rsidP="00EF0F32">
      <w:pPr>
        <w:pStyle w:val="Caption"/>
      </w:pPr>
      <w:r w:rsidRPr="0056605D">
        <w:lastRenderedPageBreak/>
        <w:t xml:space="preserve">Table </w:t>
      </w:r>
      <w:r w:rsidR="00304129">
        <w:t>A4</w:t>
      </w:r>
      <w:r>
        <w:t>.1</w:t>
      </w:r>
      <w:r w:rsidRPr="0056605D">
        <w:t xml:space="preserve">. </w:t>
      </w:r>
      <w:r w:rsidR="00304129" w:rsidRPr="005262B9">
        <w:t>Weekly Hours of Direct Care (Thousands) and Women’s Share (%, in Parentheses), by Country and Type of Recipient</w:t>
      </w:r>
      <w:r w:rsidR="00304129">
        <w:t xml:space="preserve"> (R</w:t>
      </w:r>
      <w:r>
        <w:t xml:space="preserve">eplication of Table 1 with </w:t>
      </w:r>
      <w:r w:rsidR="00304129">
        <w:t>O</w:t>
      </w:r>
      <w:r>
        <w:t xml:space="preserve">riginal </w:t>
      </w:r>
      <w:r w:rsidR="00304129">
        <w:t>G</w:t>
      </w:r>
      <w:r>
        <w:t xml:space="preserve">roups of </w:t>
      </w:r>
      <w:r w:rsidR="00304129">
        <w:t>R</w:t>
      </w:r>
      <w:r>
        <w:t>ecipients)</w:t>
      </w:r>
    </w:p>
    <w:p w14:paraId="6DBD8B23" w14:textId="77777777" w:rsidR="00EF0F32" w:rsidRPr="00D94149" w:rsidRDefault="00EF0F32" w:rsidP="00EF0F32"/>
    <w:tbl>
      <w:tblPr>
        <w:tblW w:w="9012" w:type="dxa"/>
        <w:tblLook w:val="04A0" w:firstRow="1" w:lastRow="0" w:firstColumn="1" w:lastColumn="0" w:noHBand="0" w:noVBand="1"/>
      </w:tblPr>
      <w:tblGrid>
        <w:gridCol w:w="3600"/>
        <w:gridCol w:w="1350"/>
        <w:gridCol w:w="1368"/>
        <w:gridCol w:w="1512"/>
        <w:gridCol w:w="1182"/>
      </w:tblGrid>
      <w:tr w:rsidR="00304129" w:rsidRPr="0056605D" w14:paraId="42D7DF61" w14:textId="77777777" w:rsidTr="00AB41E7">
        <w:trPr>
          <w:trHeight w:val="320"/>
        </w:trPr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B8FB9B9" w14:textId="77777777" w:rsidR="00304129" w:rsidRPr="0056605D" w:rsidRDefault="00304129" w:rsidP="00304129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  <w:bookmarkStart w:id="0" w:name="OLE_LINK5"/>
            <w:r w:rsidRPr="0056605D">
              <w:rPr>
                <w:rFonts w:ascii="Arial" w:hAnsi="Arial" w:cs="Arial"/>
              </w:rPr>
              <w:t> </w:t>
            </w:r>
          </w:p>
        </w:tc>
        <w:tc>
          <w:tcPr>
            <w:tcW w:w="541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3D4B95B" w14:textId="2C469474" w:rsidR="00304129" w:rsidRPr="0056605D" w:rsidRDefault="00304129" w:rsidP="00304129">
            <w:pPr>
              <w:pStyle w:val="Tabletext"/>
              <w:spacing w:line="276" w:lineRule="auto"/>
              <w:jc w:val="center"/>
              <w:rPr>
                <w:rFonts w:ascii="Arial" w:hAnsi="Arial" w:cs="Arial"/>
              </w:rPr>
            </w:pPr>
            <w:r w:rsidRPr="0056605D">
              <w:rPr>
                <w:rFonts w:ascii="Arial" w:hAnsi="Arial" w:cs="Arial"/>
              </w:rPr>
              <w:t xml:space="preserve">Type of </w:t>
            </w:r>
            <w:r>
              <w:rPr>
                <w:rFonts w:ascii="Arial" w:hAnsi="Arial" w:cs="Arial"/>
              </w:rPr>
              <w:t>C</w:t>
            </w:r>
            <w:r w:rsidRPr="0056605D">
              <w:rPr>
                <w:rFonts w:ascii="Arial" w:hAnsi="Arial" w:cs="Arial"/>
              </w:rPr>
              <w:t xml:space="preserve">are </w:t>
            </w:r>
            <w:r>
              <w:rPr>
                <w:rFonts w:ascii="Arial" w:hAnsi="Arial" w:cs="Arial"/>
              </w:rPr>
              <w:t>R</w:t>
            </w:r>
            <w:r w:rsidRPr="0056605D">
              <w:rPr>
                <w:rFonts w:ascii="Arial" w:hAnsi="Arial" w:cs="Arial"/>
              </w:rPr>
              <w:t>ecipient</w:t>
            </w:r>
          </w:p>
        </w:tc>
      </w:tr>
      <w:tr w:rsidR="00EF0F32" w:rsidRPr="0056605D" w14:paraId="33E8E6C2" w14:textId="77777777" w:rsidTr="00AB41E7">
        <w:trPr>
          <w:trHeight w:val="493"/>
        </w:trPr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EA167B9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  <w:r w:rsidRPr="0056605D">
              <w:rPr>
                <w:rFonts w:ascii="Arial" w:hAnsi="Arial" w:cs="Arial"/>
              </w:rPr>
              <w:t>Country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1151C18" w14:textId="7228631D" w:rsidR="00EF0F32" w:rsidRPr="000D0B80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0D0B80">
              <w:rPr>
                <w:rFonts w:ascii="Arial" w:hAnsi="Arial" w:cs="Arial"/>
              </w:rPr>
              <w:t xml:space="preserve">Children </w:t>
            </w:r>
            <w:r>
              <w:rPr>
                <w:rFonts w:ascii="Arial" w:hAnsi="Arial" w:cs="Arial"/>
              </w:rPr>
              <w:t>without</w:t>
            </w:r>
            <w:r w:rsidRPr="000D0B80">
              <w:rPr>
                <w:rFonts w:ascii="Arial" w:hAnsi="Arial" w:cs="Arial"/>
              </w:rPr>
              <w:t xml:space="preserve"> </w:t>
            </w:r>
            <w:r w:rsidR="00304129">
              <w:rPr>
                <w:rFonts w:ascii="Arial" w:hAnsi="Arial" w:cs="Arial"/>
              </w:rPr>
              <w:t>D</w:t>
            </w:r>
            <w:r w:rsidRPr="000D0B80">
              <w:rPr>
                <w:rFonts w:ascii="Arial" w:hAnsi="Arial" w:cs="Arial"/>
              </w:rPr>
              <w:t>isabilities</w:t>
            </w:r>
          </w:p>
          <w:p w14:paraId="61E3902B" w14:textId="1D11882D" w:rsidR="00EF0F32" w:rsidRPr="000D0B80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0D0B80">
              <w:rPr>
                <w:rFonts w:ascii="Arial" w:hAnsi="Arial" w:cs="Arial"/>
              </w:rPr>
              <w:t>(</w:t>
            </w:r>
            <w:r w:rsidR="00304129">
              <w:rPr>
                <w:rFonts w:ascii="Arial" w:hAnsi="Arial" w:cs="Arial"/>
              </w:rPr>
              <w:t>A</w:t>
            </w:r>
            <w:r w:rsidRPr="000D0B80">
              <w:rPr>
                <w:rFonts w:ascii="Arial" w:hAnsi="Arial" w:cs="Arial"/>
              </w:rPr>
              <w:t>ge &lt;15)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21EBE73" w14:textId="77B3AD98" w:rsidR="00EF0F32" w:rsidRPr="000D0B80" w:rsidRDefault="00304129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Persons with Disabilities</w:t>
            </w:r>
          </w:p>
          <w:p w14:paraId="207D3325" w14:textId="5AF3A1AE" w:rsidR="00EF0F32" w:rsidRPr="000D0B80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0D0B80">
              <w:rPr>
                <w:rFonts w:ascii="Arial" w:hAnsi="Arial" w:cs="Arial"/>
              </w:rPr>
              <w:t>(</w:t>
            </w:r>
            <w:r w:rsidR="00304129">
              <w:rPr>
                <w:rFonts w:ascii="Arial" w:hAnsi="Arial" w:cs="Arial"/>
              </w:rPr>
              <w:t>A</w:t>
            </w:r>
            <w:r w:rsidRPr="000D0B80">
              <w:rPr>
                <w:rFonts w:ascii="Arial" w:hAnsi="Arial" w:cs="Arial"/>
              </w:rPr>
              <w:t xml:space="preserve">ll </w:t>
            </w:r>
            <w:r w:rsidR="00304129">
              <w:rPr>
                <w:rFonts w:ascii="Arial" w:hAnsi="Arial" w:cs="Arial"/>
              </w:rPr>
              <w:t>A</w:t>
            </w:r>
            <w:r w:rsidRPr="000D0B80">
              <w:rPr>
                <w:rFonts w:ascii="Arial" w:hAnsi="Arial" w:cs="Arial"/>
              </w:rPr>
              <w:t xml:space="preserve">ges) 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E1FE589" w14:textId="53A63395" w:rsidR="00EF0F32" w:rsidRPr="000D0B80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0D0B80">
              <w:rPr>
                <w:rFonts w:ascii="Arial" w:hAnsi="Arial" w:cs="Arial"/>
              </w:rPr>
              <w:t xml:space="preserve">Older people </w:t>
            </w:r>
            <w:r>
              <w:rPr>
                <w:rFonts w:ascii="Arial" w:hAnsi="Arial" w:cs="Arial"/>
              </w:rPr>
              <w:t>without</w:t>
            </w:r>
            <w:r w:rsidRPr="000D0B80">
              <w:rPr>
                <w:rFonts w:ascii="Arial" w:hAnsi="Arial" w:cs="Arial"/>
              </w:rPr>
              <w:t xml:space="preserve"> </w:t>
            </w:r>
            <w:r w:rsidR="00304129">
              <w:rPr>
                <w:rFonts w:ascii="Arial" w:hAnsi="Arial" w:cs="Arial"/>
              </w:rPr>
              <w:t>D</w:t>
            </w:r>
            <w:r w:rsidRPr="000D0B80">
              <w:rPr>
                <w:rFonts w:ascii="Arial" w:hAnsi="Arial" w:cs="Arial"/>
              </w:rPr>
              <w:t>isabilities</w:t>
            </w:r>
          </w:p>
          <w:p w14:paraId="28B5A378" w14:textId="2595A5C0" w:rsidR="00EF0F32" w:rsidRPr="000D0B80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0D0B80">
              <w:rPr>
                <w:rFonts w:ascii="Arial" w:hAnsi="Arial" w:cs="Arial"/>
              </w:rPr>
              <w:t>(</w:t>
            </w:r>
            <w:r w:rsidR="00304129">
              <w:rPr>
                <w:rFonts w:ascii="Arial" w:hAnsi="Arial" w:cs="Arial"/>
              </w:rPr>
              <w:t>A</w:t>
            </w:r>
            <w:r w:rsidRPr="000D0B80">
              <w:rPr>
                <w:rFonts w:ascii="Arial" w:hAnsi="Arial" w:cs="Arial"/>
              </w:rPr>
              <w:t xml:space="preserve">ge </w:t>
            </w:r>
            <w:r>
              <w:rPr>
                <w:rFonts w:ascii="Arial" w:hAnsi="Arial" w:cs="Arial"/>
              </w:rPr>
              <w:t>≥</w:t>
            </w:r>
            <w:r w:rsidRPr="000D0B80">
              <w:rPr>
                <w:rFonts w:ascii="Arial" w:hAnsi="Arial" w:cs="Arial"/>
              </w:rPr>
              <w:t>65)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B4CFF3E" w14:textId="77777777" w:rsidR="00EF0F32" w:rsidRPr="000D0B80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0D0B80">
              <w:rPr>
                <w:rFonts w:ascii="Arial" w:hAnsi="Arial" w:cs="Arial"/>
              </w:rPr>
              <w:t>Total </w:t>
            </w:r>
          </w:p>
        </w:tc>
      </w:tr>
      <w:tr w:rsidR="00EF0F32" w:rsidRPr="0056605D" w14:paraId="7017FAEF" w14:textId="77777777" w:rsidTr="00AB41E7">
        <w:trPr>
          <w:trHeight w:val="300"/>
        </w:trPr>
        <w:tc>
          <w:tcPr>
            <w:tcW w:w="3600" w:type="dxa"/>
            <w:vMerge w:val="restar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8E97646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Argentina</w:t>
            </w:r>
            <w:r>
              <w:rPr>
                <w:rFonts w:ascii="Arial" w:hAnsi="Arial" w:cs="Arial"/>
              </w:rPr>
              <w:t>*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6B0E14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56605D">
              <w:rPr>
                <w:rFonts w:ascii="Arial" w:hAnsi="Arial" w:cs="Arial"/>
              </w:rPr>
              <w:t>103,307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080D60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56605D">
              <w:rPr>
                <w:rFonts w:ascii="Arial" w:hAnsi="Arial" w:cs="Arial"/>
              </w:rPr>
              <w:t>10,143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F5FC4F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56605D">
              <w:rPr>
                <w:rFonts w:ascii="Arial" w:hAnsi="Arial" w:cs="Arial"/>
              </w:rPr>
              <w:t>10,323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DD33C5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123,774</w:t>
            </w:r>
          </w:p>
        </w:tc>
      </w:tr>
      <w:tr w:rsidR="00EF0F32" w:rsidRPr="0056605D" w14:paraId="28A4ACDF" w14:textId="77777777" w:rsidTr="00AB41E7">
        <w:trPr>
          <w:trHeight w:val="320"/>
        </w:trPr>
        <w:tc>
          <w:tcPr>
            <w:tcW w:w="3600" w:type="dxa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3029217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4AB7284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56605D">
              <w:rPr>
                <w:rFonts w:ascii="Arial" w:hAnsi="Arial" w:cs="Arial"/>
              </w:rPr>
              <w:t>74%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0551CF3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56605D">
              <w:rPr>
                <w:rFonts w:ascii="Arial" w:hAnsi="Arial" w:cs="Arial"/>
              </w:rPr>
              <w:t>77%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C447ECE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56605D">
              <w:rPr>
                <w:rFonts w:ascii="Arial" w:hAnsi="Arial" w:cs="Arial"/>
              </w:rPr>
              <w:t>64%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AC1674C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C36EF0">
              <w:rPr>
                <w:rFonts w:ascii="Arial" w:hAnsi="Arial" w:cs="Arial"/>
              </w:rPr>
              <w:t>73%</w:t>
            </w:r>
            <w:r>
              <w:rPr>
                <w:rFonts w:ascii="Arial" w:hAnsi="Arial" w:cs="Arial"/>
              </w:rPr>
              <w:t>)</w:t>
            </w:r>
          </w:p>
        </w:tc>
      </w:tr>
      <w:tr w:rsidR="00EF0F32" w:rsidRPr="0056605D" w14:paraId="724C3496" w14:textId="77777777" w:rsidTr="00AB41E7">
        <w:trPr>
          <w:trHeight w:val="300"/>
        </w:trPr>
        <w:tc>
          <w:tcPr>
            <w:tcW w:w="3600" w:type="dxa"/>
            <w:vMerge w:val="restar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088ADD1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Brazil</w:t>
            </w:r>
            <w:r>
              <w:rPr>
                <w:rFonts w:ascii="Arial" w:hAnsi="Arial" w:cs="Arial"/>
              </w:rPr>
              <w:t xml:space="preserve">** </w:t>
            </w:r>
            <w:r w:rsidRPr="0082776B">
              <w:rPr>
                <w:rFonts w:ascii="Arial" w:hAnsi="Arial" w:cs="Arial"/>
                <w:vertAlign w:val="superscript"/>
              </w:rPr>
              <w:t>e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811DB8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524,771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5DD9CF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81,173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79BC5B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59,33</w:t>
            </w:r>
            <w:r>
              <w:rPr>
                <w:rFonts w:ascii="Arial" w:hAnsi="Arial" w:cs="Arial"/>
              </w:rPr>
              <w:t>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3BC6F3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665,280</w:t>
            </w:r>
          </w:p>
        </w:tc>
      </w:tr>
      <w:tr w:rsidR="00EF0F32" w:rsidRPr="0056605D" w14:paraId="172C39D9" w14:textId="77777777" w:rsidTr="00AB41E7">
        <w:trPr>
          <w:trHeight w:val="320"/>
        </w:trPr>
        <w:tc>
          <w:tcPr>
            <w:tcW w:w="3600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08A564D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61DB2E6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C36EF0">
              <w:rPr>
                <w:rFonts w:ascii="Arial" w:hAnsi="Arial" w:cs="Arial"/>
              </w:rPr>
              <w:t>77%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C64DCD3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C36EF0">
              <w:rPr>
                <w:rFonts w:ascii="Arial" w:hAnsi="Arial" w:cs="Arial"/>
              </w:rPr>
              <w:t>74%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4785822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C36EF0">
              <w:rPr>
                <w:rFonts w:ascii="Arial" w:hAnsi="Arial" w:cs="Arial"/>
              </w:rPr>
              <w:t>62%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7D9BCC9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C36EF0">
              <w:rPr>
                <w:rFonts w:ascii="Arial" w:hAnsi="Arial" w:cs="Arial"/>
              </w:rPr>
              <w:t>75%</w:t>
            </w:r>
            <w:r>
              <w:rPr>
                <w:rFonts w:ascii="Arial" w:hAnsi="Arial" w:cs="Arial"/>
              </w:rPr>
              <w:t>)</w:t>
            </w:r>
          </w:p>
        </w:tc>
      </w:tr>
      <w:tr w:rsidR="00EF0F32" w:rsidRPr="0056605D" w14:paraId="507A2B06" w14:textId="77777777" w:rsidTr="00AB41E7">
        <w:trPr>
          <w:trHeight w:val="300"/>
        </w:trPr>
        <w:tc>
          <w:tcPr>
            <w:tcW w:w="3600" w:type="dxa"/>
            <w:vMerge w:val="restar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6B3F09C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Chile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223BAF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56605D">
              <w:rPr>
                <w:rFonts w:ascii="Arial" w:hAnsi="Arial" w:cs="Arial"/>
              </w:rPr>
              <w:t>73,558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586618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56605D">
              <w:rPr>
                <w:rFonts w:ascii="Arial" w:hAnsi="Arial" w:cs="Arial"/>
              </w:rPr>
              <w:t>19,151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515F11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56605D">
              <w:rPr>
                <w:rFonts w:ascii="Arial" w:hAnsi="Arial" w:cs="Arial"/>
              </w:rPr>
              <w:t>4,396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B8D96D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96,467</w:t>
            </w:r>
          </w:p>
        </w:tc>
      </w:tr>
      <w:tr w:rsidR="00EF0F32" w:rsidRPr="0056605D" w14:paraId="428D709F" w14:textId="77777777" w:rsidTr="00AB41E7">
        <w:trPr>
          <w:trHeight w:val="320"/>
        </w:trPr>
        <w:tc>
          <w:tcPr>
            <w:tcW w:w="3600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9D16BC1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21FBE80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56605D">
              <w:rPr>
                <w:rFonts w:ascii="Arial" w:hAnsi="Arial" w:cs="Arial"/>
              </w:rPr>
              <w:t>71%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6DC2A36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56605D">
              <w:rPr>
                <w:rFonts w:ascii="Arial" w:hAnsi="Arial" w:cs="Arial"/>
              </w:rPr>
              <w:t>69%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74C413F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56605D">
              <w:rPr>
                <w:rFonts w:ascii="Arial" w:hAnsi="Arial" w:cs="Arial"/>
              </w:rPr>
              <w:t>59%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36FC962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C36EF0">
              <w:rPr>
                <w:rFonts w:ascii="Arial" w:hAnsi="Arial" w:cs="Arial"/>
              </w:rPr>
              <w:t>70%</w:t>
            </w:r>
            <w:r>
              <w:rPr>
                <w:rFonts w:ascii="Arial" w:hAnsi="Arial" w:cs="Arial"/>
              </w:rPr>
              <w:t>)</w:t>
            </w:r>
          </w:p>
        </w:tc>
      </w:tr>
      <w:tr w:rsidR="00EF0F32" w:rsidRPr="0056605D" w14:paraId="61D403CE" w14:textId="77777777" w:rsidTr="00AB41E7">
        <w:trPr>
          <w:trHeight w:val="300"/>
        </w:trPr>
        <w:tc>
          <w:tcPr>
            <w:tcW w:w="3600" w:type="dxa"/>
            <w:vMerge w:val="restar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7264A32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Colombia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F9301D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56605D">
              <w:rPr>
                <w:rFonts w:ascii="Arial" w:hAnsi="Arial" w:cs="Arial"/>
              </w:rPr>
              <w:t>90,176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B79B1B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56605D">
              <w:rPr>
                <w:rFonts w:ascii="Arial" w:hAnsi="Arial" w:cs="Arial"/>
              </w:rPr>
              <w:t>19,545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C63B18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56605D">
              <w:rPr>
                <w:rFonts w:ascii="Arial" w:hAnsi="Arial" w:cs="Arial"/>
              </w:rPr>
              <w:t>1,872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5CADA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111,480</w:t>
            </w:r>
          </w:p>
        </w:tc>
      </w:tr>
      <w:tr w:rsidR="00EF0F32" w:rsidRPr="0056605D" w14:paraId="38092370" w14:textId="77777777" w:rsidTr="00AB41E7">
        <w:trPr>
          <w:trHeight w:val="320"/>
        </w:trPr>
        <w:tc>
          <w:tcPr>
            <w:tcW w:w="3600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DA2E448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D1C6DF5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56605D">
              <w:rPr>
                <w:rFonts w:ascii="Arial" w:hAnsi="Arial" w:cs="Arial"/>
              </w:rPr>
              <w:t>81%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6B314A4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56605D">
              <w:rPr>
                <w:rFonts w:ascii="Arial" w:hAnsi="Arial" w:cs="Arial"/>
              </w:rPr>
              <w:t>83%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F2B99BD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56605D">
              <w:rPr>
                <w:rFonts w:ascii="Arial" w:hAnsi="Arial" w:cs="Arial"/>
              </w:rPr>
              <w:t>81%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6B5D068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C36EF0">
              <w:rPr>
                <w:rFonts w:ascii="Arial" w:hAnsi="Arial" w:cs="Arial"/>
              </w:rPr>
              <w:t>82%</w:t>
            </w:r>
            <w:r>
              <w:rPr>
                <w:rFonts w:ascii="Arial" w:hAnsi="Arial" w:cs="Arial"/>
              </w:rPr>
              <w:t>)</w:t>
            </w:r>
          </w:p>
        </w:tc>
      </w:tr>
      <w:tr w:rsidR="00EF0F32" w:rsidRPr="0056605D" w14:paraId="0F253B83" w14:textId="77777777" w:rsidTr="00AB41E7">
        <w:trPr>
          <w:trHeight w:val="300"/>
        </w:trPr>
        <w:tc>
          <w:tcPr>
            <w:tcW w:w="3600" w:type="dxa"/>
            <w:vMerge w:val="restar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1A14AB1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Costa Rica</w:t>
            </w:r>
            <w:r>
              <w:rPr>
                <w:rFonts w:ascii="Arial" w:hAnsi="Arial" w:cs="Arial"/>
              </w:rPr>
              <w:t xml:space="preserve"> </w:t>
            </w:r>
            <w:r w:rsidRPr="003C4053">
              <w:rPr>
                <w:rFonts w:ascii="Arial" w:hAnsi="Arial" w:cs="Arial"/>
                <w:sz w:val="18"/>
                <w:szCs w:val="18"/>
                <w:vertAlign w:val="superscript"/>
              </w:rPr>
              <w:t>f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BB3B53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56605D">
              <w:rPr>
                <w:rFonts w:ascii="Arial" w:hAnsi="Arial" w:cs="Arial"/>
              </w:rPr>
              <w:t>11,259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DF9C85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56605D">
              <w:rPr>
                <w:rFonts w:ascii="Arial" w:hAnsi="Arial" w:cs="Arial"/>
              </w:rPr>
              <w:t>875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846B18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56605D">
              <w:rPr>
                <w:rFonts w:ascii="Arial" w:hAnsi="Arial" w:cs="Arial"/>
              </w:rPr>
              <w:t>665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0D23DA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12,799</w:t>
            </w:r>
          </w:p>
        </w:tc>
      </w:tr>
      <w:tr w:rsidR="00EF0F32" w:rsidRPr="0056605D" w14:paraId="6658F40B" w14:textId="77777777" w:rsidTr="00AB41E7">
        <w:trPr>
          <w:trHeight w:val="320"/>
        </w:trPr>
        <w:tc>
          <w:tcPr>
            <w:tcW w:w="3600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268D7D9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B2D6FB5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56605D">
              <w:rPr>
                <w:rFonts w:ascii="Arial" w:hAnsi="Arial" w:cs="Arial"/>
              </w:rPr>
              <w:t>72%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9233E5C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56605D">
              <w:rPr>
                <w:rFonts w:ascii="Arial" w:hAnsi="Arial" w:cs="Arial"/>
              </w:rPr>
              <w:t>77%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81C0D77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56605D">
              <w:rPr>
                <w:rFonts w:ascii="Arial" w:hAnsi="Arial" w:cs="Arial"/>
              </w:rPr>
              <w:t>68%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73D50FE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C36EF0">
              <w:rPr>
                <w:rFonts w:ascii="Arial" w:hAnsi="Arial" w:cs="Arial"/>
              </w:rPr>
              <w:t>72%</w:t>
            </w:r>
            <w:r>
              <w:rPr>
                <w:rFonts w:ascii="Arial" w:hAnsi="Arial" w:cs="Arial"/>
              </w:rPr>
              <w:t>)</w:t>
            </w:r>
          </w:p>
        </w:tc>
      </w:tr>
      <w:tr w:rsidR="00EF0F32" w:rsidRPr="0056605D" w14:paraId="113B38A5" w14:textId="77777777" w:rsidTr="00AB41E7">
        <w:trPr>
          <w:trHeight w:val="300"/>
        </w:trPr>
        <w:tc>
          <w:tcPr>
            <w:tcW w:w="3600" w:type="dxa"/>
            <w:vMerge w:val="restar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D9726AE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El Salvador</w:t>
            </w:r>
            <w:r>
              <w:rPr>
                <w:rFonts w:ascii="Arial" w:hAnsi="Arial" w:cs="Arial"/>
              </w:rPr>
              <w:t>*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B3D580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56605D">
              <w:rPr>
                <w:rFonts w:ascii="Arial" w:hAnsi="Arial" w:cs="Arial"/>
              </w:rPr>
              <w:t>12,109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1265BE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56605D">
              <w:rPr>
                <w:rFonts w:ascii="Arial" w:hAnsi="Arial" w:cs="Arial"/>
              </w:rPr>
              <w:t>1,999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D6067C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56605D">
              <w:rPr>
                <w:rFonts w:ascii="Arial" w:hAnsi="Arial" w:cs="Arial"/>
              </w:rPr>
              <w:t>4,591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C3A26E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18,699</w:t>
            </w:r>
          </w:p>
        </w:tc>
      </w:tr>
      <w:tr w:rsidR="00EF0F32" w:rsidRPr="0056605D" w14:paraId="5E85B55C" w14:textId="77777777" w:rsidTr="00AB41E7">
        <w:trPr>
          <w:trHeight w:val="320"/>
        </w:trPr>
        <w:tc>
          <w:tcPr>
            <w:tcW w:w="3600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7F8CDE3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EFF3CEF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56605D">
              <w:rPr>
                <w:rFonts w:ascii="Arial" w:hAnsi="Arial" w:cs="Arial"/>
              </w:rPr>
              <w:t>80%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0D14A87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56605D">
              <w:rPr>
                <w:rFonts w:ascii="Arial" w:hAnsi="Arial" w:cs="Arial"/>
              </w:rPr>
              <w:t>74%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825159B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56605D">
              <w:rPr>
                <w:rFonts w:ascii="Arial" w:hAnsi="Arial" w:cs="Arial"/>
              </w:rPr>
              <w:t>59%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1BA98D3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C36EF0">
              <w:rPr>
                <w:rFonts w:ascii="Arial" w:hAnsi="Arial" w:cs="Arial"/>
              </w:rPr>
              <w:t>74%</w:t>
            </w:r>
            <w:r>
              <w:rPr>
                <w:rFonts w:ascii="Arial" w:hAnsi="Arial" w:cs="Arial"/>
              </w:rPr>
              <w:t>)</w:t>
            </w:r>
          </w:p>
        </w:tc>
      </w:tr>
      <w:tr w:rsidR="00EF0F32" w:rsidRPr="0056605D" w14:paraId="60026E97" w14:textId="77777777" w:rsidTr="00AB41E7">
        <w:trPr>
          <w:trHeight w:val="300"/>
        </w:trPr>
        <w:tc>
          <w:tcPr>
            <w:tcW w:w="3600" w:type="dxa"/>
            <w:vMerge w:val="restar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A8B7B0A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Mexico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FC08B2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56605D">
              <w:rPr>
                <w:rFonts w:ascii="Arial" w:hAnsi="Arial" w:cs="Arial"/>
              </w:rPr>
              <w:t>416,963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E67B3D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56605D">
              <w:rPr>
                <w:rFonts w:ascii="Arial" w:hAnsi="Arial" w:cs="Arial"/>
              </w:rPr>
              <w:t>79,511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12C68C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56605D">
              <w:rPr>
                <w:rFonts w:ascii="Arial" w:hAnsi="Arial" w:cs="Arial"/>
              </w:rPr>
              <w:t>26,482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57DE92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522,95</w:t>
            </w:r>
            <w:r>
              <w:rPr>
                <w:rFonts w:ascii="Arial" w:hAnsi="Arial" w:cs="Arial"/>
              </w:rPr>
              <w:t>6</w:t>
            </w:r>
          </w:p>
        </w:tc>
      </w:tr>
      <w:tr w:rsidR="00EF0F32" w:rsidRPr="0056605D" w14:paraId="05C61461" w14:textId="77777777" w:rsidTr="00AB41E7">
        <w:trPr>
          <w:trHeight w:val="320"/>
        </w:trPr>
        <w:tc>
          <w:tcPr>
            <w:tcW w:w="3600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85971BE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A6D6C86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56605D">
              <w:rPr>
                <w:rFonts w:ascii="Arial" w:hAnsi="Arial" w:cs="Arial"/>
              </w:rPr>
              <w:t>78%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2E93D1A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56605D">
              <w:rPr>
                <w:rFonts w:ascii="Arial" w:hAnsi="Arial" w:cs="Arial"/>
              </w:rPr>
              <w:t>73%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8D9E1FD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56605D">
              <w:rPr>
                <w:rFonts w:ascii="Arial" w:hAnsi="Arial" w:cs="Arial"/>
              </w:rPr>
              <w:t>60%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9BF950E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C36EF0">
              <w:rPr>
                <w:rFonts w:ascii="Arial" w:hAnsi="Arial" w:cs="Arial"/>
              </w:rPr>
              <w:t>77%</w:t>
            </w:r>
            <w:r>
              <w:rPr>
                <w:rFonts w:ascii="Arial" w:hAnsi="Arial" w:cs="Arial"/>
              </w:rPr>
              <w:t>)</w:t>
            </w:r>
          </w:p>
        </w:tc>
      </w:tr>
      <w:tr w:rsidR="00EF0F32" w:rsidRPr="0056605D" w14:paraId="44F90B51" w14:textId="77777777" w:rsidTr="00AB41E7">
        <w:trPr>
          <w:trHeight w:val="300"/>
        </w:trPr>
        <w:tc>
          <w:tcPr>
            <w:tcW w:w="3600" w:type="dxa"/>
            <w:vMerge w:val="restar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B087BFF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Paraguay</w:t>
            </w:r>
            <w:r>
              <w:rPr>
                <w:rFonts w:ascii="Arial" w:hAnsi="Arial" w:cs="Arial"/>
              </w:rPr>
              <w:t>*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89A64D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56605D">
              <w:rPr>
                <w:rFonts w:ascii="Arial" w:hAnsi="Arial" w:cs="Arial"/>
              </w:rPr>
              <w:t>24,658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BDA872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56605D">
              <w:rPr>
                <w:rFonts w:ascii="Arial" w:hAnsi="Arial" w:cs="Arial"/>
              </w:rPr>
              <w:t>2,149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F3FA66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56605D">
              <w:rPr>
                <w:rFonts w:ascii="Arial" w:hAnsi="Arial" w:cs="Arial"/>
              </w:rPr>
              <w:t>1,045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DA04DB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27,852</w:t>
            </w:r>
          </w:p>
        </w:tc>
      </w:tr>
      <w:tr w:rsidR="00EF0F32" w:rsidRPr="0056605D" w14:paraId="0FEECFD1" w14:textId="77777777" w:rsidTr="00AB41E7">
        <w:trPr>
          <w:trHeight w:val="320"/>
        </w:trPr>
        <w:tc>
          <w:tcPr>
            <w:tcW w:w="3600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1340063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2FFA743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56605D">
              <w:rPr>
                <w:rFonts w:ascii="Arial" w:hAnsi="Arial" w:cs="Arial"/>
              </w:rPr>
              <w:t>71%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4C09241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56605D">
              <w:rPr>
                <w:rFonts w:ascii="Arial" w:hAnsi="Arial" w:cs="Arial"/>
              </w:rPr>
              <w:t>75%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AB78414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56605D">
              <w:rPr>
                <w:rFonts w:ascii="Arial" w:hAnsi="Arial" w:cs="Arial"/>
              </w:rPr>
              <w:t>63%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D52E383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C36EF0">
              <w:rPr>
                <w:rFonts w:ascii="Arial" w:hAnsi="Arial" w:cs="Arial"/>
              </w:rPr>
              <w:t>71%</w:t>
            </w:r>
          </w:p>
        </w:tc>
      </w:tr>
      <w:tr w:rsidR="00EF0F32" w:rsidRPr="0056605D" w14:paraId="5AD54DA1" w14:textId="77777777" w:rsidTr="00AB41E7">
        <w:trPr>
          <w:trHeight w:val="300"/>
        </w:trPr>
        <w:tc>
          <w:tcPr>
            <w:tcW w:w="3600" w:type="dxa"/>
            <w:vMerge w:val="restar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7A73361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Peru</w:t>
            </w:r>
            <w:r>
              <w:rPr>
                <w:rFonts w:ascii="Arial" w:hAnsi="Arial" w:cs="Arial"/>
              </w:rPr>
              <w:t>*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6B01C1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56605D">
              <w:rPr>
                <w:rFonts w:ascii="Arial" w:hAnsi="Arial" w:cs="Arial"/>
              </w:rPr>
              <w:t>130,637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2F2A12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56605D">
              <w:rPr>
                <w:rFonts w:ascii="Arial" w:hAnsi="Arial" w:cs="Arial"/>
              </w:rPr>
              <w:t>12,903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6DD007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56605D">
              <w:rPr>
                <w:rFonts w:ascii="Arial" w:hAnsi="Arial" w:cs="Arial"/>
              </w:rPr>
              <w:t>25,687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D26E11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169,227</w:t>
            </w:r>
          </w:p>
        </w:tc>
      </w:tr>
      <w:tr w:rsidR="00EF0F32" w:rsidRPr="0056605D" w14:paraId="13F026FC" w14:textId="77777777" w:rsidTr="00AB41E7">
        <w:trPr>
          <w:trHeight w:val="320"/>
        </w:trPr>
        <w:tc>
          <w:tcPr>
            <w:tcW w:w="3600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40FEFF5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2755502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56605D">
              <w:rPr>
                <w:rFonts w:ascii="Arial" w:hAnsi="Arial" w:cs="Arial"/>
              </w:rPr>
              <w:t>78%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A4B00BF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56605D">
              <w:rPr>
                <w:rFonts w:ascii="Arial" w:hAnsi="Arial" w:cs="Arial"/>
              </w:rPr>
              <w:t>70%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A68831F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56605D">
              <w:rPr>
                <w:rFonts w:ascii="Arial" w:hAnsi="Arial" w:cs="Arial"/>
              </w:rPr>
              <w:t>63%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67AE6AB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C36EF0">
              <w:rPr>
                <w:rFonts w:ascii="Arial" w:hAnsi="Arial" w:cs="Arial"/>
              </w:rPr>
              <w:t>75%</w:t>
            </w:r>
            <w:r>
              <w:rPr>
                <w:rFonts w:ascii="Arial" w:hAnsi="Arial" w:cs="Arial"/>
              </w:rPr>
              <w:t>))</w:t>
            </w:r>
          </w:p>
        </w:tc>
      </w:tr>
      <w:tr w:rsidR="00EF0F32" w:rsidRPr="0056605D" w14:paraId="5E64BF6A" w14:textId="77777777" w:rsidTr="00AB41E7">
        <w:trPr>
          <w:trHeight w:val="300"/>
        </w:trPr>
        <w:tc>
          <w:tcPr>
            <w:tcW w:w="3600" w:type="dxa"/>
            <w:vMerge w:val="restar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F14447F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Uruguay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94A9C2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56605D">
              <w:rPr>
                <w:rFonts w:ascii="Arial" w:hAnsi="Arial" w:cs="Arial"/>
              </w:rPr>
              <w:t>9,743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41476D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56605D">
              <w:rPr>
                <w:rFonts w:ascii="Arial" w:hAnsi="Arial" w:cs="Arial"/>
              </w:rPr>
              <w:t>1,041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5DF32B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56605D">
              <w:rPr>
                <w:rFonts w:ascii="Arial" w:hAnsi="Arial" w:cs="Arial"/>
              </w:rPr>
              <w:t>1,259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4698E7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12,043</w:t>
            </w:r>
          </w:p>
        </w:tc>
      </w:tr>
      <w:tr w:rsidR="00EF0F32" w:rsidRPr="0056605D" w14:paraId="1630B27A" w14:textId="77777777" w:rsidTr="00AB41E7">
        <w:trPr>
          <w:trHeight w:val="320"/>
        </w:trPr>
        <w:tc>
          <w:tcPr>
            <w:tcW w:w="3600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A103C1E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BDF3958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56605D">
              <w:rPr>
                <w:rFonts w:ascii="Arial" w:hAnsi="Arial" w:cs="Arial"/>
              </w:rPr>
              <w:t>73%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DA7B4C4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56605D">
              <w:rPr>
                <w:rFonts w:ascii="Arial" w:hAnsi="Arial" w:cs="Arial"/>
              </w:rPr>
              <w:t>60%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5CEAE34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56605D">
              <w:rPr>
                <w:rFonts w:ascii="Arial" w:hAnsi="Arial" w:cs="Arial"/>
              </w:rPr>
              <w:t>59%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4FDC30E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C36EF0">
              <w:rPr>
                <w:rFonts w:ascii="Arial" w:hAnsi="Arial" w:cs="Arial"/>
              </w:rPr>
              <w:t>70%</w:t>
            </w:r>
            <w:r>
              <w:rPr>
                <w:rFonts w:ascii="Arial" w:hAnsi="Arial" w:cs="Arial"/>
              </w:rPr>
              <w:t>)</w:t>
            </w:r>
          </w:p>
        </w:tc>
      </w:tr>
      <w:tr w:rsidR="00304129" w:rsidRPr="0056605D" w14:paraId="4269600C" w14:textId="77777777" w:rsidTr="00AA5CE4">
        <w:trPr>
          <w:trHeight w:val="300"/>
        </w:trPr>
        <w:tc>
          <w:tcPr>
            <w:tcW w:w="3600" w:type="dxa"/>
            <w:vMerge w:val="restar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hideMark/>
          </w:tcPr>
          <w:p w14:paraId="3212E28E" w14:textId="77777777" w:rsidR="00304129" w:rsidRPr="005262B9" w:rsidRDefault="00304129" w:rsidP="00304129">
            <w:pPr>
              <w:pStyle w:val="Tabletext"/>
              <w:keepLines/>
              <w:jc w:val="left"/>
              <w:rPr>
                <w:rFonts w:ascii="Arial" w:hAnsi="Arial" w:cs="Arial"/>
              </w:rPr>
            </w:pPr>
            <w:r w:rsidRPr="005262B9">
              <w:rPr>
                <w:rFonts w:ascii="Arial" w:hAnsi="Arial" w:cs="Arial"/>
              </w:rPr>
              <w:t>Other Countries without Survey Data***</w:t>
            </w:r>
          </w:p>
          <w:p w14:paraId="653BA33F" w14:textId="6A6B5118" w:rsidR="00304129" w:rsidRPr="0056605D" w:rsidRDefault="00304129" w:rsidP="00304129">
            <w:pPr>
              <w:pStyle w:val="Tabletext"/>
              <w:spacing w:line="276" w:lineRule="auto"/>
              <w:jc w:val="left"/>
              <w:rPr>
                <w:rFonts w:ascii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F2992E" w14:textId="77777777" w:rsidR="00304129" w:rsidRPr="0056605D" w:rsidRDefault="00304129" w:rsidP="00304129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56605D">
              <w:rPr>
                <w:rFonts w:ascii="Arial" w:hAnsi="Arial" w:cs="Arial"/>
              </w:rPr>
              <w:t>436,189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EB45C3" w14:textId="77777777" w:rsidR="00304129" w:rsidRPr="0056605D" w:rsidRDefault="00304129" w:rsidP="00304129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56605D">
              <w:rPr>
                <w:rFonts w:ascii="Arial" w:hAnsi="Arial" w:cs="Arial"/>
              </w:rPr>
              <w:t>60,362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E031B1" w14:textId="77777777" w:rsidR="00304129" w:rsidRPr="0056605D" w:rsidRDefault="00304129" w:rsidP="00304129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56605D">
              <w:rPr>
                <w:rFonts w:ascii="Arial" w:hAnsi="Arial" w:cs="Arial"/>
              </w:rPr>
              <w:t>21,264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DF23B3" w14:textId="77777777" w:rsidR="00304129" w:rsidRPr="0056605D" w:rsidRDefault="00304129" w:rsidP="00304129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517,81</w:t>
            </w:r>
            <w:r>
              <w:rPr>
                <w:rFonts w:ascii="Arial" w:hAnsi="Arial" w:cs="Arial"/>
              </w:rPr>
              <w:t>5</w:t>
            </w:r>
          </w:p>
        </w:tc>
      </w:tr>
      <w:tr w:rsidR="00304129" w:rsidRPr="0056605D" w14:paraId="0E75E10D" w14:textId="77777777" w:rsidTr="00AA5CE4">
        <w:trPr>
          <w:trHeight w:val="320"/>
        </w:trPr>
        <w:tc>
          <w:tcPr>
            <w:tcW w:w="3600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5F9673EA" w14:textId="77777777" w:rsidR="00304129" w:rsidRPr="0056605D" w:rsidRDefault="00304129" w:rsidP="00304129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9E9C3C2" w14:textId="77777777" w:rsidR="00304129" w:rsidRPr="0056605D" w:rsidRDefault="00304129" w:rsidP="00304129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56605D">
              <w:rPr>
                <w:rFonts w:ascii="Arial" w:hAnsi="Arial" w:cs="Arial"/>
              </w:rPr>
              <w:t>77%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807A499" w14:textId="77777777" w:rsidR="00304129" w:rsidRPr="0056605D" w:rsidRDefault="00304129" w:rsidP="00304129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(77%)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842411F" w14:textId="77777777" w:rsidR="00304129" w:rsidRPr="0056605D" w:rsidRDefault="00304129" w:rsidP="00304129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(74%)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0C91D4E" w14:textId="77777777" w:rsidR="00304129" w:rsidRPr="0056605D" w:rsidRDefault="00304129" w:rsidP="00304129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C36EF0">
              <w:rPr>
                <w:rFonts w:ascii="Arial" w:hAnsi="Arial" w:cs="Arial"/>
              </w:rPr>
              <w:t>66%</w:t>
            </w:r>
            <w:r>
              <w:rPr>
                <w:rFonts w:ascii="Arial" w:hAnsi="Arial" w:cs="Arial"/>
              </w:rPr>
              <w:t>)</w:t>
            </w:r>
          </w:p>
        </w:tc>
      </w:tr>
      <w:tr w:rsidR="00304129" w:rsidRPr="0056605D" w14:paraId="3216504F" w14:textId="77777777" w:rsidTr="00AA5CE4">
        <w:trPr>
          <w:trHeight w:val="300"/>
        </w:trPr>
        <w:tc>
          <w:tcPr>
            <w:tcW w:w="3600" w:type="dxa"/>
            <w:vMerge w:val="restar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hideMark/>
          </w:tcPr>
          <w:p w14:paraId="676432C7" w14:textId="77777777" w:rsidR="00304129" w:rsidRPr="005262B9" w:rsidRDefault="00304129" w:rsidP="00304129">
            <w:pPr>
              <w:pStyle w:val="Tabletext"/>
              <w:keepLines/>
              <w:jc w:val="left"/>
              <w:rPr>
                <w:rFonts w:ascii="Arial" w:hAnsi="Arial" w:cs="Arial"/>
              </w:rPr>
            </w:pPr>
            <w:r w:rsidRPr="005262B9">
              <w:rPr>
                <w:rFonts w:ascii="Arial" w:hAnsi="Arial" w:cs="Arial"/>
              </w:rPr>
              <w:t>Latin America and the Caribbean (Estimated)</w:t>
            </w:r>
          </w:p>
          <w:p w14:paraId="5B476D8A" w14:textId="198A3D73" w:rsidR="00304129" w:rsidRPr="0056605D" w:rsidRDefault="00304129" w:rsidP="00304129">
            <w:pPr>
              <w:pStyle w:val="Tabletext"/>
              <w:spacing w:line="276" w:lineRule="auto"/>
              <w:jc w:val="left"/>
              <w:rPr>
                <w:rFonts w:ascii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421B5A" w14:textId="77777777" w:rsidR="00304129" w:rsidRPr="0056605D" w:rsidRDefault="00304129" w:rsidP="00304129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56605D">
              <w:rPr>
                <w:rFonts w:ascii="Arial" w:hAnsi="Arial" w:cs="Arial"/>
              </w:rPr>
              <w:t>1,820,246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202BD4" w14:textId="77777777" w:rsidR="00304129" w:rsidRPr="0056605D" w:rsidRDefault="00304129" w:rsidP="00304129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56605D">
              <w:rPr>
                <w:rFonts w:ascii="Arial" w:hAnsi="Arial" w:cs="Arial"/>
              </w:rPr>
              <w:t>306,002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3E3F94" w14:textId="77777777" w:rsidR="00304129" w:rsidRPr="0056605D" w:rsidRDefault="00304129" w:rsidP="00304129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56605D">
              <w:rPr>
                <w:rFonts w:ascii="Arial" w:hAnsi="Arial" w:cs="Arial"/>
              </w:rPr>
              <w:t>152,897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19E942" w14:textId="77777777" w:rsidR="00304129" w:rsidRPr="0056605D" w:rsidRDefault="00304129" w:rsidP="00304129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2,278,3</w:t>
            </w:r>
            <w:r>
              <w:rPr>
                <w:rFonts w:ascii="Arial" w:hAnsi="Arial" w:cs="Arial"/>
              </w:rPr>
              <w:t>91</w:t>
            </w:r>
          </w:p>
        </w:tc>
      </w:tr>
      <w:tr w:rsidR="00304129" w:rsidRPr="0056605D" w14:paraId="61DC1894" w14:textId="77777777" w:rsidTr="00AA5CE4">
        <w:trPr>
          <w:trHeight w:val="300"/>
        </w:trPr>
        <w:tc>
          <w:tcPr>
            <w:tcW w:w="3600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1D13BD8B" w14:textId="77777777" w:rsidR="00304129" w:rsidRPr="0056605D" w:rsidRDefault="00304129" w:rsidP="00304129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95B44FB" w14:textId="77777777" w:rsidR="00304129" w:rsidRPr="0056605D" w:rsidRDefault="00304129" w:rsidP="00304129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56605D">
              <w:rPr>
                <w:rFonts w:ascii="Arial" w:hAnsi="Arial" w:cs="Arial"/>
              </w:rPr>
              <w:t>77%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D720F99" w14:textId="77777777" w:rsidR="00304129" w:rsidRPr="0056605D" w:rsidRDefault="00304129" w:rsidP="00304129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56605D">
              <w:rPr>
                <w:rFonts w:ascii="Arial" w:hAnsi="Arial" w:cs="Arial"/>
              </w:rPr>
              <w:t>74%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BCD462E" w14:textId="77777777" w:rsidR="00304129" w:rsidRPr="0056605D" w:rsidRDefault="00304129" w:rsidP="00304129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56605D">
              <w:rPr>
                <w:rFonts w:ascii="Arial" w:hAnsi="Arial" w:cs="Arial"/>
              </w:rPr>
              <w:t>62%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D0A5E9B" w14:textId="77777777" w:rsidR="00304129" w:rsidRPr="0056605D" w:rsidRDefault="00304129" w:rsidP="00304129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C36EF0">
              <w:rPr>
                <w:rFonts w:ascii="Arial" w:hAnsi="Arial" w:cs="Arial"/>
              </w:rPr>
              <w:t>76%</w:t>
            </w:r>
            <w:r>
              <w:rPr>
                <w:rFonts w:ascii="Arial" w:hAnsi="Arial" w:cs="Arial"/>
              </w:rPr>
              <w:t>)</w:t>
            </w:r>
          </w:p>
        </w:tc>
      </w:tr>
      <w:tr w:rsidR="00304129" w:rsidRPr="0056605D" w14:paraId="430150C3" w14:textId="77777777" w:rsidTr="00AA5CE4">
        <w:trPr>
          <w:trHeight w:val="320"/>
        </w:trPr>
        <w:tc>
          <w:tcPr>
            <w:tcW w:w="36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53A7CF6A" w14:textId="44310234" w:rsidR="00304129" w:rsidRPr="0056605D" w:rsidRDefault="00304129" w:rsidP="00304129">
            <w:pPr>
              <w:pStyle w:val="Tabletext"/>
              <w:spacing w:line="276" w:lineRule="auto"/>
              <w:jc w:val="left"/>
              <w:rPr>
                <w:rFonts w:ascii="Arial" w:hAnsi="Arial" w:cs="Arial"/>
              </w:rPr>
            </w:pPr>
            <w:r w:rsidRPr="005262B9">
              <w:rPr>
                <w:rFonts w:ascii="Arial" w:hAnsi="Arial" w:cs="Arial"/>
              </w:rPr>
              <w:t>Distribution of Total Care Hours by Type of Care Recipient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7CCF3B1" w14:textId="77777777" w:rsidR="00304129" w:rsidRPr="0056605D" w:rsidRDefault="00304129" w:rsidP="00304129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56605D">
              <w:rPr>
                <w:rFonts w:ascii="Arial" w:hAnsi="Arial" w:cs="Arial"/>
              </w:rPr>
              <w:t>80%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CADB381" w14:textId="77777777" w:rsidR="00304129" w:rsidRPr="0056605D" w:rsidRDefault="00304129" w:rsidP="00304129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56605D">
              <w:rPr>
                <w:rFonts w:ascii="Arial" w:hAnsi="Arial" w:cs="Arial"/>
              </w:rPr>
              <w:t>13%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ECC2C69" w14:textId="77777777" w:rsidR="00304129" w:rsidRPr="0056605D" w:rsidRDefault="00304129" w:rsidP="00304129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56605D">
              <w:rPr>
                <w:rFonts w:ascii="Arial" w:hAnsi="Arial" w:cs="Arial"/>
              </w:rPr>
              <w:t>7%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9D09C1A" w14:textId="77777777" w:rsidR="00304129" w:rsidRPr="0056605D" w:rsidRDefault="00304129" w:rsidP="00304129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100%</w:t>
            </w:r>
          </w:p>
        </w:tc>
      </w:tr>
    </w:tbl>
    <w:bookmarkEnd w:id="0"/>
    <w:p w14:paraId="24840EFA" w14:textId="545C8DED" w:rsidR="00EF0F32" w:rsidRPr="0056605D" w:rsidRDefault="00EF0F32" w:rsidP="00EF0F32">
      <w:pPr>
        <w:pStyle w:val="Sourcenotes"/>
        <w:spacing w:line="276" w:lineRule="auto"/>
        <w:rPr>
          <w:rFonts w:ascii="Arial" w:hAnsi="Arial" w:cs="Arial"/>
        </w:rPr>
      </w:pPr>
      <w:r w:rsidRPr="00E63B0A">
        <w:rPr>
          <w:rFonts w:ascii="Arial" w:hAnsi="Arial" w:cs="Arial"/>
          <w:sz w:val="16"/>
          <w:szCs w:val="20"/>
        </w:rPr>
        <w:t xml:space="preserve">Source: see Table 1. Notes: see Table 1. </w:t>
      </w:r>
      <w:r>
        <w:rPr>
          <w:rFonts w:ascii="Arial" w:hAnsi="Arial" w:cs="Arial"/>
          <w:sz w:val="16"/>
          <w:szCs w:val="20"/>
        </w:rPr>
        <w:t xml:space="preserve">e. </w:t>
      </w:r>
      <w:r w:rsidRPr="00E63B0A">
        <w:rPr>
          <w:rFonts w:ascii="Arial" w:hAnsi="Arial" w:cs="Arial"/>
          <w:sz w:val="16"/>
          <w:szCs w:val="20"/>
        </w:rPr>
        <w:t>In Brazil, the second column includes all children</w:t>
      </w:r>
      <w:r>
        <w:rPr>
          <w:rFonts w:ascii="Arial" w:hAnsi="Arial" w:cs="Arial"/>
          <w:sz w:val="16"/>
          <w:szCs w:val="20"/>
        </w:rPr>
        <w:t xml:space="preserve"> (also those with disabilities)</w:t>
      </w:r>
      <w:r w:rsidRPr="00E63B0A">
        <w:rPr>
          <w:rFonts w:ascii="Arial" w:hAnsi="Arial" w:cs="Arial"/>
          <w:sz w:val="16"/>
          <w:szCs w:val="20"/>
        </w:rPr>
        <w:t xml:space="preserve">, the third column </w:t>
      </w:r>
      <w:r>
        <w:rPr>
          <w:rFonts w:ascii="Arial" w:hAnsi="Arial" w:cs="Arial"/>
          <w:sz w:val="16"/>
          <w:szCs w:val="20"/>
        </w:rPr>
        <w:t>includes only persons</w:t>
      </w:r>
      <w:r w:rsidRPr="00E63B0A">
        <w:rPr>
          <w:rFonts w:ascii="Arial" w:hAnsi="Arial" w:cs="Arial"/>
          <w:sz w:val="16"/>
          <w:szCs w:val="20"/>
        </w:rPr>
        <w:t xml:space="preserve"> with disabilities</w:t>
      </w:r>
      <w:r>
        <w:rPr>
          <w:rFonts w:ascii="Arial" w:hAnsi="Arial" w:cs="Arial"/>
          <w:sz w:val="16"/>
          <w:szCs w:val="20"/>
        </w:rPr>
        <w:t xml:space="preserve"> aged 15-</w:t>
      </w:r>
      <w:r w:rsidR="00B106A7">
        <w:rPr>
          <w:rFonts w:ascii="Arial" w:hAnsi="Arial" w:cs="Arial"/>
          <w:sz w:val="16"/>
          <w:szCs w:val="20"/>
        </w:rPr>
        <w:t>59</w:t>
      </w:r>
      <w:r w:rsidRPr="00E63B0A">
        <w:rPr>
          <w:rFonts w:ascii="Arial" w:hAnsi="Arial" w:cs="Arial"/>
          <w:sz w:val="16"/>
          <w:szCs w:val="20"/>
        </w:rPr>
        <w:t xml:space="preserve">, and the </w:t>
      </w:r>
      <w:r>
        <w:rPr>
          <w:rFonts w:ascii="Arial" w:hAnsi="Arial" w:cs="Arial"/>
          <w:sz w:val="16"/>
          <w:szCs w:val="20"/>
        </w:rPr>
        <w:t>fourth</w:t>
      </w:r>
      <w:r w:rsidRPr="00E63B0A">
        <w:rPr>
          <w:rFonts w:ascii="Arial" w:hAnsi="Arial" w:cs="Arial"/>
          <w:sz w:val="16"/>
          <w:szCs w:val="20"/>
        </w:rPr>
        <w:t xml:space="preserve"> column includes all older people</w:t>
      </w:r>
      <w:r>
        <w:rPr>
          <w:rFonts w:ascii="Arial" w:hAnsi="Arial" w:cs="Arial"/>
          <w:sz w:val="16"/>
          <w:szCs w:val="20"/>
        </w:rPr>
        <w:t xml:space="preserve"> (also those with disabilities)</w:t>
      </w:r>
      <w:r w:rsidRPr="00E63B0A">
        <w:rPr>
          <w:rFonts w:ascii="Arial" w:hAnsi="Arial" w:cs="Arial"/>
          <w:sz w:val="16"/>
          <w:szCs w:val="20"/>
        </w:rPr>
        <w:t xml:space="preserve">. </w:t>
      </w:r>
      <w:r>
        <w:rPr>
          <w:rFonts w:ascii="Arial" w:hAnsi="Arial" w:cs="Arial"/>
          <w:sz w:val="16"/>
          <w:szCs w:val="20"/>
        </w:rPr>
        <w:t xml:space="preserve">f. </w:t>
      </w:r>
      <w:r w:rsidRPr="00E63B0A">
        <w:rPr>
          <w:rFonts w:ascii="Arial" w:hAnsi="Arial" w:cs="Arial"/>
          <w:sz w:val="16"/>
          <w:szCs w:val="20"/>
        </w:rPr>
        <w:t>In Costa Rica, the second column includes all children</w:t>
      </w:r>
      <w:r>
        <w:rPr>
          <w:rFonts w:ascii="Arial" w:hAnsi="Arial" w:cs="Arial"/>
          <w:sz w:val="16"/>
          <w:szCs w:val="20"/>
        </w:rPr>
        <w:t xml:space="preserve"> (also those with disabilities)</w:t>
      </w:r>
      <w:r w:rsidRPr="00E63B0A">
        <w:rPr>
          <w:rFonts w:ascii="Arial" w:hAnsi="Arial" w:cs="Arial"/>
          <w:sz w:val="16"/>
          <w:szCs w:val="20"/>
        </w:rPr>
        <w:t>.</w:t>
      </w:r>
      <w:r w:rsidRPr="0056605D">
        <w:rPr>
          <w:rFonts w:ascii="Arial" w:hAnsi="Arial" w:cs="Arial"/>
        </w:rPr>
        <w:t xml:space="preserve"> </w:t>
      </w:r>
    </w:p>
    <w:p w14:paraId="793F40E4" w14:textId="77777777" w:rsidR="00EF0F32" w:rsidRPr="007E7FF4" w:rsidRDefault="00EF0F32" w:rsidP="00EF0F32">
      <w:pPr>
        <w:spacing w:line="276" w:lineRule="auto"/>
        <w:jc w:val="both"/>
        <w:rPr>
          <w:rFonts w:ascii="Arial" w:hAnsi="Arial" w:cs="Arial"/>
        </w:rPr>
      </w:pPr>
    </w:p>
    <w:p w14:paraId="0AA97440" w14:textId="77777777" w:rsidR="00EF0F32" w:rsidRPr="0056605D" w:rsidRDefault="00EF0F32" w:rsidP="00EF0F32">
      <w:pPr>
        <w:spacing w:line="276" w:lineRule="auto"/>
        <w:jc w:val="both"/>
        <w:rPr>
          <w:rFonts w:ascii="Arial" w:hAnsi="Arial" w:cs="Arial"/>
        </w:rPr>
      </w:pPr>
    </w:p>
    <w:p w14:paraId="21DD73AC" w14:textId="04FA7C6B" w:rsidR="00EF0F32" w:rsidRDefault="00EF0F32" w:rsidP="00EF0F32">
      <w:pPr>
        <w:pStyle w:val="Caption"/>
      </w:pPr>
      <w:r w:rsidRPr="0056605D">
        <w:lastRenderedPageBreak/>
        <w:t>Table A</w:t>
      </w:r>
      <w:r w:rsidR="00304129">
        <w:t>4</w:t>
      </w:r>
      <w:r>
        <w:t>.2</w:t>
      </w:r>
      <w:r w:rsidRPr="0056605D">
        <w:t xml:space="preserve">. </w:t>
      </w:r>
      <w:r w:rsidR="00304129" w:rsidRPr="005262B9">
        <w:t>Number of Caregivers (Thousands) and Share of Women (%, in Parentheses), by Country and Type of Recipient</w:t>
      </w:r>
      <w:r w:rsidRPr="0056605D">
        <w:t xml:space="preserve"> </w:t>
      </w:r>
      <w:r>
        <w:t>(</w:t>
      </w:r>
      <w:r w:rsidR="00304129">
        <w:t>R</w:t>
      </w:r>
      <w:r>
        <w:t xml:space="preserve">eplication of Table 2 with </w:t>
      </w:r>
      <w:r w:rsidR="00304129">
        <w:t>O</w:t>
      </w:r>
      <w:r>
        <w:t xml:space="preserve">riginal </w:t>
      </w:r>
      <w:r w:rsidR="00304129">
        <w:t>G</w:t>
      </w:r>
      <w:r>
        <w:t xml:space="preserve">roups of </w:t>
      </w:r>
      <w:r w:rsidR="00304129">
        <w:t>R</w:t>
      </w:r>
      <w:r>
        <w:t>ecipients)</w:t>
      </w:r>
    </w:p>
    <w:p w14:paraId="47AB5EB5" w14:textId="77777777" w:rsidR="00EF0F32" w:rsidRPr="00D94149" w:rsidRDefault="00EF0F32" w:rsidP="00EF0F32"/>
    <w:tbl>
      <w:tblPr>
        <w:tblW w:w="8922" w:type="dxa"/>
        <w:tblLook w:val="04A0" w:firstRow="1" w:lastRow="0" w:firstColumn="1" w:lastColumn="0" w:noHBand="0" w:noVBand="1"/>
      </w:tblPr>
      <w:tblGrid>
        <w:gridCol w:w="3600"/>
        <w:gridCol w:w="1260"/>
        <w:gridCol w:w="1368"/>
        <w:gridCol w:w="1512"/>
        <w:gridCol w:w="1182"/>
      </w:tblGrid>
      <w:tr w:rsidR="00304129" w:rsidRPr="0056605D" w14:paraId="376010E7" w14:textId="77777777" w:rsidTr="00AB41E7">
        <w:trPr>
          <w:trHeight w:val="320"/>
        </w:trPr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45D1BB3" w14:textId="77777777" w:rsidR="00304129" w:rsidRPr="0056605D" w:rsidRDefault="00304129" w:rsidP="00304129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  <w:r w:rsidRPr="0056605D">
              <w:rPr>
                <w:rFonts w:ascii="Arial" w:hAnsi="Arial" w:cs="Arial"/>
              </w:rPr>
              <w:t> </w:t>
            </w:r>
          </w:p>
        </w:tc>
        <w:tc>
          <w:tcPr>
            <w:tcW w:w="53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2FC629D" w14:textId="380D3818" w:rsidR="00304129" w:rsidRPr="0056605D" w:rsidRDefault="00304129" w:rsidP="00304129">
            <w:pPr>
              <w:pStyle w:val="Tabletext"/>
              <w:spacing w:line="276" w:lineRule="auto"/>
              <w:jc w:val="center"/>
              <w:rPr>
                <w:rFonts w:ascii="Arial" w:hAnsi="Arial" w:cs="Arial"/>
              </w:rPr>
            </w:pPr>
            <w:r w:rsidRPr="0056605D">
              <w:rPr>
                <w:rFonts w:ascii="Arial" w:hAnsi="Arial" w:cs="Arial"/>
              </w:rPr>
              <w:t xml:space="preserve">Type of </w:t>
            </w:r>
            <w:r>
              <w:rPr>
                <w:rFonts w:ascii="Arial" w:hAnsi="Arial" w:cs="Arial"/>
              </w:rPr>
              <w:t>C</w:t>
            </w:r>
            <w:r w:rsidRPr="0056605D">
              <w:rPr>
                <w:rFonts w:ascii="Arial" w:hAnsi="Arial" w:cs="Arial"/>
              </w:rPr>
              <w:t xml:space="preserve">are </w:t>
            </w:r>
            <w:r>
              <w:rPr>
                <w:rFonts w:ascii="Arial" w:hAnsi="Arial" w:cs="Arial"/>
              </w:rPr>
              <w:t>R</w:t>
            </w:r>
            <w:r w:rsidRPr="0056605D">
              <w:rPr>
                <w:rFonts w:ascii="Arial" w:hAnsi="Arial" w:cs="Arial"/>
              </w:rPr>
              <w:t>ecipient</w:t>
            </w:r>
          </w:p>
        </w:tc>
      </w:tr>
      <w:tr w:rsidR="00304129" w:rsidRPr="0056605D" w14:paraId="2E1267FA" w14:textId="77777777" w:rsidTr="00AB41E7">
        <w:trPr>
          <w:trHeight w:val="493"/>
        </w:trPr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B754F06" w14:textId="77777777" w:rsidR="00304129" w:rsidRPr="0056605D" w:rsidRDefault="00304129" w:rsidP="00304129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  <w:r w:rsidRPr="0056605D">
              <w:rPr>
                <w:rFonts w:ascii="Arial" w:hAnsi="Arial" w:cs="Arial"/>
              </w:rPr>
              <w:t>Country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1E49173" w14:textId="77777777" w:rsidR="00304129" w:rsidRPr="000D0B80" w:rsidRDefault="00304129" w:rsidP="00304129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0D0B80">
              <w:rPr>
                <w:rFonts w:ascii="Arial" w:hAnsi="Arial" w:cs="Arial"/>
              </w:rPr>
              <w:t xml:space="preserve">Children </w:t>
            </w:r>
            <w:r>
              <w:rPr>
                <w:rFonts w:ascii="Arial" w:hAnsi="Arial" w:cs="Arial"/>
              </w:rPr>
              <w:t>without</w:t>
            </w:r>
            <w:r w:rsidRPr="000D0B80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D</w:t>
            </w:r>
            <w:r w:rsidRPr="000D0B80">
              <w:rPr>
                <w:rFonts w:ascii="Arial" w:hAnsi="Arial" w:cs="Arial"/>
              </w:rPr>
              <w:t>isabilities</w:t>
            </w:r>
          </w:p>
          <w:p w14:paraId="77503DA9" w14:textId="18ACCB3C" w:rsidR="00304129" w:rsidRPr="000D0B80" w:rsidRDefault="00304129" w:rsidP="00304129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0D0B80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>A</w:t>
            </w:r>
            <w:r w:rsidRPr="000D0B80">
              <w:rPr>
                <w:rFonts w:ascii="Arial" w:hAnsi="Arial" w:cs="Arial"/>
              </w:rPr>
              <w:t>ge &lt;15)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4AB925C" w14:textId="77777777" w:rsidR="00304129" w:rsidRPr="000D0B80" w:rsidRDefault="00304129" w:rsidP="00304129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Persons with Disabilities</w:t>
            </w:r>
          </w:p>
          <w:p w14:paraId="156AF6C4" w14:textId="151A8002" w:rsidR="00304129" w:rsidRPr="000D0B80" w:rsidRDefault="00304129" w:rsidP="00304129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0D0B80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>A</w:t>
            </w:r>
            <w:r w:rsidRPr="000D0B80">
              <w:rPr>
                <w:rFonts w:ascii="Arial" w:hAnsi="Arial" w:cs="Arial"/>
              </w:rPr>
              <w:t xml:space="preserve">ll </w:t>
            </w:r>
            <w:r>
              <w:rPr>
                <w:rFonts w:ascii="Arial" w:hAnsi="Arial" w:cs="Arial"/>
              </w:rPr>
              <w:t>A</w:t>
            </w:r>
            <w:r w:rsidRPr="000D0B80">
              <w:rPr>
                <w:rFonts w:ascii="Arial" w:hAnsi="Arial" w:cs="Arial"/>
              </w:rPr>
              <w:t xml:space="preserve">ges) 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F8C3784" w14:textId="77777777" w:rsidR="00304129" w:rsidRPr="000D0B80" w:rsidRDefault="00304129" w:rsidP="00304129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0D0B80">
              <w:rPr>
                <w:rFonts w:ascii="Arial" w:hAnsi="Arial" w:cs="Arial"/>
              </w:rPr>
              <w:t xml:space="preserve">Older people </w:t>
            </w:r>
            <w:r>
              <w:rPr>
                <w:rFonts w:ascii="Arial" w:hAnsi="Arial" w:cs="Arial"/>
              </w:rPr>
              <w:t>without</w:t>
            </w:r>
            <w:r w:rsidRPr="000D0B80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D</w:t>
            </w:r>
            <w:r w:rsidRPr="000D0B80">
              <w:rPr>
                <w:rFonts w:ascii="Arial" w:hAnsi="Arial" w:cs="Arial"/>
              </w:rPr>
              <w:t>isabilities</w:t>
            </w:r>
          </w:p>
          <w:p w14:paraId="0DDC508C" w14:textId="413ABB70" w:rsidR="00304129" w:rsidRPr="000D0B80" w:rsidRDefault="00304129" w:rsidP="00304129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0D0B80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>A</w:t>
            </w:r>
            <w:r w:rsidRPr="000D0B80">
              <w:rPr>
                <w:rFonts w:ascii="Arial" w:hAnsi="Arial" w:cs="Arial"/>
              </w:rPr>
              <w:t xml:space="preserve">ge </w:t>
            </w:r>
            <w:r>
              <w:rPr>
                <w:rFonts w:ascii="Arial" w:hAnsi="Arial" w:cs="Arial"/>
              </w:rPr>
              <w:t>≥</w:t>
            </w:r>
            <w:r w:rsidRPr="000D0B80">
              <w:rPr>
                <w:rFonts w:ascii="Arial" w:hAnsi="Arial" w:cs="Arial"/>
              </w:rPr>
              <w:t>65)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80AB6C4" w14:textId="6B0E067F" w:rsidR="00304129" w:rsidRPr="000D0B80" w:rsidRDefault="00304129" w:rsidP="00304129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0D0B80">
              <w:rPr>
                <w:rFonts w:ascii="Arial" w:hAnsi="Arial" w:cs="Arial"/>
              </w:rPr>
              <w:t>Total </w:t>
            </w:r>
            <w:r w:rsidRPr="00304129">
              <w:rPr>
                <w:rFonts w:ascii="Arial" w:hAnsi="Arial" w:cs="Arial"/>
                <w:vertAlign w:val="superscript"/>
              </w:rPr>
              <w:t>d</w:t>
            </w:r>
          </w:p>
        </w:tc>
      </w:tr>
      <w:tr w:rsidR="00EF0F32" w:rsidRPr="0056605D" w14:paraId="375F1B3A" w14:textId="77777777" w:rsidTr="00AB41E7">
        <w:trPr>
          <w:trHeight w:val="300"/>
        </w:trPr>
        <w:tc>
          <w:tcPr>
            <w:tcW w:w="3600" w:type="dxa"/>
            <w:vMerge w:val="restar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32BB571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Argentina</w:t>
            </w:r>
            <w:r>
              <w:rPr>
                <w:rFonts w:ascii="Arial" w:hAnsi="Arial" w:cs="Arial"/>
              </w:rPr>
              <w:t>*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DC7ECE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56605D">
              <w:rPr>
                <w:rFonts w:ascii="Arial" w:hAnsi="Arial" w:cs="Arial"/>
              </w:rPr>
              <w:t>5,222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F954A4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56605D">
              <w:rPr>
                <w:rFonts w:ascii="Arial" w:hAnsi="Arial" w:cs="Arial"/>
              </w:rPr>
              <w:t>828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30ED12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56605D">
              <w:rPr>
                <w:rFonts w:ascii="Arial" w:hAnsi="Arial" w:cs="Arial"/>
              </w:rPr>
              <w:t>1,034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03AF0B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6,017</w:t>
            </w:r>
          </w:p>
        </w:tc>
      </w:tr>
      <w:tr w:rsidR="00EF0F32" w:rsidRPr="0056605D" w14:paraId="7DABD071" w14:textId="77777777" w:rsidTr="00AB41E7">
        <w:trPr>
          <w:trHeight w:val="320"/>
        </w:trPr>
        <w:tc>
          <w:tcPr>
            <w:tcW w:w="3600" w:type="dxa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6A45EEE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ADAA8A6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56605D">
              <w:rPr>
                <w:rFonts w:ascii="Arial" w:hAnsi="Arial" w:cs="Arial"/>
              </w:rPr>
              <w:t>67%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184E07E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56605D">
              <w:rPr>
                <w:rFonts w:ascii="Arial" w:hAnsi="Arial" w:cs="Arial"/>
              </w:rPr>
              <w:t>69%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1A502BC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56605D">
              <w:rPr>
                <w:rFonts w:ascii="Arial" w:hAnsi="Arial" w:cs="Arial"/>
              </w:rPr>
              <w:t>60%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266D2A5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(66%)</w:t>
            </w:r>
          </w:p>
        </w:tc>
      </w:tr>
      <w:tr w:rsidR="00EF0F32" w:rsidRPr="0056605D" w14:paraId="1A4B7528" w14:textId="77777777" w:rsidTr="00AB41E7">
        <w:trPr>
          <w:trHeight w:val="300"/>
        </w:trPr>
        <w:tc>
          <w:tcPr>
            <w:tcW w:w="3600" w:type="dxa"/>
            <w:vMerge w:val="restar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3686A59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Brazil</w:t>
            </w:r>
            <w:r>
              <w:rPr>
                <w:rFonts w:ascii="Arial" w:hAnsi="Arial" w:cs="Arial"/>
              </w:rPr>
              <w:t xml:space="preserve">** </w:t>
            </w:r>
            <w:r w:rsidRPr="0082776B">
              <w:rPr>
                <w:rFonts w:ascii="Arial" w:hAnsi="Arial" w:cs="Arial"/>
                <w:vertAlign w:val="superscript"/>
              </w:rPr>
              <w:t>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C4B65F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42,608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950C69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7,816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0A174D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8,903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2CA1E4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54,544</w:t>
            </w:r>
          </w:p>
        </w:tc>
      </w:tr>
      <w:tr w:rsidR="00EF0F32" w:rsidRPr="0056605D" w14:paraId="6DDB4826" w14:textId="77777777" w:rsidTr="00AB41E7">
        <w:trPr>
          <w:trHeight w:val="320"/>
        </w:trPr>
        <w:tc>
          <w:tcPr>
            <w:tcW w:w="3600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BDA4464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7E8765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(62%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41D0A15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(62%)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91879AF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(61%)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B00EEEF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(61%)</w:t>
            </w:r>
          </w:p>
        </w:tc>
      </w:tr>
      <w:tr w:rsidR="00EF0F32" w:rsidRPr="0056605D" w14:paraId="476DC19D" w14:textId="77777777" w:rsidTr="00AB41E7">
        <w:trPr>
          <w:trHeight w:val="300"/>
        </w:trPr>
        <w:tc>
          <w:tcPr>
            <w:tcW w:w="3600" w:type="dxa"/>
            <w:vMerge w:val="restar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06BC747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Chile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C8B0CF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56605D">
              <w:rPr>
                <w:rFonts w:ascii="Arial" w:hAnsi="Arial" w:cs="Arial"/>
              </w:rPr>
              <w:t>4,294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33A9A6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56605D">
              <w:rPr>
                <w:rFonts w:ascii="Arial" w:hAnsi="Arial" w:cs="Arial"/>
              </w:rPr>
              <w:t>2,223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0024D6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56605D">
              <w:rPr>
                <w:rFonts w:ascii="Arial" w:hAnsi="Arial" w:cs="Arial"/>
              </w:rPr>
              <w:t>648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921648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4,814</w:t>
            </w:r>
          </w:p>
        </w:tc>
      </w:tr>
      <w:tr w:rsidR="00EF0F32" w:rsidRPr="0056605D" w14:paraId="7AD6CB53" w14:textId="77777777" w:rsidTr="00AB41E7">
        <w:trPr>
          <w:trHeight w:val="320"/>
        </w:trPr>
        <w:tc>
          <w:tcPr>
            <w:tcW w:w="3600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8A98EBB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BD58EF2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56605D">
              <w:rPr>
                <w:rFonts w:ascii="Arial" w:hAnsi="Arial" w:cs="Arial"/>
              </w:rPr>
              <w:t>62%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AD9D326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56605D">
              <w:rPr>
                <w:rFonts w:ascii="Arial" w:hAnsi="Arial" w:cs="Arial"/>
              </w:rPr>
              <w:t>64%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1862E9A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56605D">
              <w:rPr>
                <w:rFonts w:ascii="Arial" w:hAnsi="Arial" w:cs="Arial"/>
              </w:rPr>
              <w:t>58%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3B67C99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(61%)</w:t>
            </w:r>
          </w:p>
        </w:tc>
      </w:tr>
      <w:tr w:rsidR="00EF0F32" w:rsidRPr="0056605D" w14:paraId="30F33CFC" w14:textId="77777777" w:rsidTr="00AB41E7">
        <w:trPr>
          <w:trHeight w:val="300"/>
        </w:trPr>
        <w:tc>
          <w:tcPr>
            <w:tcW w:w="3600" w:type="dxa"/>
            <w:vMerge w:val="restar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D4335E0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Colombia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769C7B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56605D">
              <w:rPr>
                <w:rFonts w:ascii="Arial" w:hAnsi="Arial" w:cs="Arial"/>
              </w:rPr>
              <w:t>5,404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5DE6CF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56605D">
              <w:rPr>
                <w:rFonts w:ascii="Arial" w:hAnsi="Arial" w:cs="Arial"/>
              </w:rPr>
              <w:t>1,306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6C8204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56605D">
              <w:rPr>
                <w:rFonts w:ascii="Arial" w:hAnsi="Arial" w:cs="Arial"/>
              </w:rPr>
              <w:t>98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C4C62A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6,575</w:t>
            </w:r>
          </w:p>
        </w:tc>
      </w:tr>
      <w:tr w:rsidR="00EF0F32" w:rsidRPr="0056605D" w14:paraId="0D60CC08" w14:textId="77777777" w:rsidTr="00AB41E7">
        <w:trPr>
          <w:trHeight w:val="320"/>
        </w:trPr>
        <w:tc>
          <w:tcPr>
            <w:tcW w:w="3600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E774F75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2303962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56605D">
              <w:rPr>
                <w:rFonts w:ascii="Arial" w:hAnsi="Arial" w:cs="Arial"/>
              </w:rPr>
              <w:t>73%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F16446F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56605D">
              <w:rPr>
                <w:rFonts w:ascii="Arial" w:hAnsi="Arial" w:cs="Arial"/>
              </w:rPr>
              <w:t>75%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44C3C61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56605D">
              <w:rPr>
                <w:rFonts w:ascii="Arial" w:hAnsi="Arial" w:cs="Arial"/>
              </w:rPr>
              <w:t>75%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BB517DA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(73%)</w:t>
            </w:r>
          </w:p>
        </w:tc>
      </w:tr>
      <w:tr w:rsidR="00EF0F32" w:rsidRPr="0056605D" w14:paraId="6258CFF5" w14:textId="77777777" w:rsidTr="00AB41E7">
        <w:trPr>
          <w:trHeight w:val="300"/>
        </w:trPr>
        <w:tc>
          <w:tcPr>
            <w:tcW w:w="3600" w:type="dxa"/>
            <w:vMerge w:val="restar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5800D78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Costa Rica</w:t>
            </w:r>
            <w:r>
              <w:rPr>
                <w:rFonts w:ascii="Arial" w:hAnsi="Arial" w:cs="Arial"/>
              </w:rPr>
              <w:t xml:space="preserve"> </w:t>
            </w:r>
            <w:r w:rsidRPr="003C4053">
              <w:rPr>
                <w:rFonts w:ascii="Arial" w:hAnsi="Arial" w:cs="Arial"/>
                <w:sz w:val="18"/>
                <w:szCs w:val="18"/>
                <w:vertAlign w:val="superscript"/>
              </w:rPr>
              <w:t>f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91A822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56605D">
              <w:rPr>
                <w:rFonts w:ascii="Arial" w:hAnsi="Arial" w:cs="Arial"/>
              </w:rPr>
              <w:t>1,123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EBFDA3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56605D">
              <w:rPr>
                <w:rFonts w:ascii="Arial" w:hAnsi="Arial" w:cs="Arial"/>
              </w:rPr>
              <w:t>96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6E3585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56605D">
              <w:rPr>
                <w:rFonts w:ascii="Arial" w:hAnsi="Arial" w:cs="Arial"/>
              </w:rPr>
              <w:t>182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083150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1,217</w:t>
            </w:r>
          </w:p>
        </w:tc>
      </w:tr>
      <w:tr w:rsidR="00EF0F32" w:rsidRPr="0056605D" w14:paraId="02B95789" w14:textId="77777777" w:rsidTr="00AB41E7">
        <w:trPr>
          <w:trHeight w:val="320"/>
        </w:trPr>
        <w:tc>
          <w:tcPr>
            <w:tcW w:w="3600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42EDAA0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485DFD4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56605D">
              <w:rPr>
                <w:rFonts w:ascii="Arial" w:hAnsi="Arial" w:cs="Arial"/>
              </w:rPr>
              <w:t>62%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EE8883A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56605D">
              <w:rPr>
                <w:rFonts w:ascii="Arial" w:hAnsi="Arial" w:cs="Arial"/>
              </w:rPr>
              <w:t>63%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9BF0C75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56605D">
              <w:rPr>
                <w:rFonts w:ascii="Arial" w:hAnsi="Arial" w:cs="Arial"/>
              </w:rPr>
              <w:t>60%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14DDA37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(61%)</w:t>
            </w:r>
          </w:p>
        </w:tc>
      </w:tr>
      <w:tr w:rsidR="00EF0F32" w:rsidRPr="0056605D" w14:paraId="1E596845" w14:textId="77777777" w:rsidTr="00AB41E7">
        <w:trPr>
          <w:trHeight w:val="300"/>
        </w:trPr>
        <w:tc>
          <w:tcPr>
            <w:tcW w:w="3600" w:type="dxa"/>
            <w:vMerge w:val="restar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B5FD74C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El Salvador</w:t>
            </w:r>
            <w:r>
              <w:rPr>
                <w:rFonts w:ascii="Arial" w:hAnsi="Arial" w:cs="Arial"/>
              </w:rPr>
              <w:t>*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D33EC0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56605D">
              <w:rPr>
                <w:rFonts w:ascii="Arial" w:hAnsi="Arial" w:cs="Arial"/>
              </w:rPr>
              <w:t>821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1B28D0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56605D">
              <w:rPr>
                <w:rFonts w:ascii="Arial" w:hAnsi="Arial" w:cs="Arial"/>
              </w:rPr>
              <w:t>183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F97DF7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56605D">
              <w:rPr>
                <w:rFonts w:ascii="Arial" w:hAnsi="Arial" w:cs="Arial"/>
              </w:rPr>
              <w:t>473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6254BA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863</w:t>
            </w:r>
          </w:p>
        </w:tc>
      </w:tr>
      <w:tr w:rsidR="00EF0F32" w:rsidRPr="0056605D" w14:paraId="02BFF2C2" w14:textId="77777777" w:rsidTr="00AB41E7">
        <w:trPr>
          <w:trHeight w:val="320"/>
        </w:trPr>
        <w:tc>
          <w:tcPr>
            <w:tcW w:w="3600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701ECEA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FEAC2A5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56605D">
              <w:rPr>
                <w:rFonts w:ascii="Arial" w:hAnsi="Arial" w:cs="Arial"/>
              </w:rPr>
              <w:t>74%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C3A1485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56605D">
              <w:rPr>
                <w:rFonts w:ascii="Arial" w:hAnsi="Arial" w:cs="Arial"/>
              </w:rPr>
              <w:t>71%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B3237B0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56605D">
              <w:rPr>
                <w:rFonts w:ascii="Arial" w:hAnsi="Arial" w:cs="Arial"/>
              </w:rPr>
              <w:t>57%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08F4111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(69%)</w:t>
            </w:r>
          </w:p>
        </w:tc>
      </w:tr>
      <w:tr w:rsidR="00EF0F32" w:rsidRPr="0056605D" w14:paraId="5407E05E" w14:textId="77777777" w:rsidTr="00AB41E7">
        <w:trPr>
          <w:trHeight w:val="300"/>
        </w:trPr>
        <w:tc>
          <w:tcPr>
            <w:tcW w:w="3600" w:type="dxa"/>
            <w:vMerge w:val="restar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8D0BE31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Mexico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1D1CBF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56605D">
              <w:rPr>
                <w:rFonts w:ascii="Arial" w:hAnsi="Arial" w:cs="Arial"/>
              </w:rPr>
              <w:t>40,659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E485AE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56605D">
              <w:rPr>
                <w:rFonts w:ascii="Arial" w:hAnsi="Arial" w:cs="Arial"/>
              </w:rPr>
              <w:t>8,033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E94A30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56605D">
              <w:rPr>
                <w:rFonts w:ascii="Arial" w:hAnsi="Arial" w:cs="Arial"/>
              </w:rPr>
              <w:t>5,476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CFF571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41,926</w:t>
            </w:r>
          </w:p>
        </w:tc>
      </w:tr>
      <w:tr w:rsidR="00EF0F32" w:rsidRPr="0056605D" w14:paraId="04642DDA" w14:textId="77777777" w:rsidTr="00AB41E7">
        <w:trPr>
          <w:trHeight w:val="320"/>
        </w:trPr>
        <w:tc>
          <w:tcPr>
            <w:tcW w:w="3600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D375AB4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9F7C16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56605D">
              <w:rPr>
                <w:rFonts w:ascii="Arial" w:hAnsi="Arial" w:cs="Arial"/>
              </w:rPr>
              <w:t>62%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46849E3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56605D">
              <w:rPr>
                <w:rFonts w:ascii="Arial" w:hAnsi="Arial" w:cs="Arial"/>
              </w:rPr>
              <w:t>62%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FE7408A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56605D">
              <w:rPr>
                <w:rFonts w:ascii="Arial" w:hAnsi="Arial" w:cs="Arial"/>
              </w:rPr>
              <w:t>54%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5A3B504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(61%)</w:t>
            </w:r>
          </w:p>
        </w:tc>
      </w:tr>
      <w:tr w:rsidR="00EF0F32" w:rsidRPr="0056605D" w14:paraId="1A17864A" w14:textId="77777777" w:rsidTr="00AB41E7">
        <w:trPr>
          <w:trHeight w:val="300"/>
        </w:trPr>
        <w:tc>
          <w:tcPr>
            <w:tcW w:w="3600" w:type="dxa"/>
            <w:vMerge w:val="restar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23FBE0B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Paraguay</w:t>
            </w:r>
            <w:r>
              <w:rPr>
                <w:rFonts w:ascii="Arial" w:hAnsi="Arial" w:cs="Arial"/>
              </w:rPr>
              <w:t>*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6A682A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56605D">
              <w:rPr>
                <w:rFonts w:ascii="Arial" w:hAnsi="Arial" w:cs="Arial"/>
              </w:rPr>
              <w:t>2,418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2AE7A1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56605D">
              <w:rPr>
                <w:rFonts w:ascii="Arial" w:hAnsi="Arial" w:cs="Arial"/>
              </w:rPr>
              <w:t>199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04D333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56605D">
              <w:rPr>
                <w:rFonts w:ascii="Arial" w:hAnsi="Arial" w:cs="Arial"/>
              </w:rPr>
              <w:t>159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26F87C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2,560</w:t>
            </w:r>
          </w:p>
        </w:tc>
      </w:tr>
      <w:tr w:rsidR="00EF0F32" w:rsidRPr="0056605D" w14:paraId="7503830C" w14:textId="77777777" w:rsidTr="00AB41E7">
        <w:trPr>
          <w:trHeight w:val="320"/>
        </w:trPr>
        <w:tc>
          <w:tcPr>
            <w:tcW w:w="3600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387852D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10CBCFA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56605D">
              <w:rPr>
                <w:rFonts w:ascii="Arial" w:hAnsi="Arial" w:cs="Arial"/>
              </w:rPr>
              <w:t>59%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0BAB469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56605D">
              <w:rPr>
                <w:rFonts w:ascii="Arial" w:hAnsi="Arial" w:cs="Arial"/>
              </w:rPr>
              <w:t>66%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5A80812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56605D">
              <w:rPr>
                <w:rFonts w:ascii="Arial" w:hAnsi="Arial" w:cs="Arial"/>
              </w:rPr>
              <w:t>60%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A4A71FB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(59%)</w:t>
            </w:r>
          </w:p>
        </w:tc>
      </w:tr>
      <w:tr w:rsidR="00EF0F32" w:rsidRPr="0056605D" w14:paraId="1A20E232" w14:textId="77777777" w:rsidTr="00AB41E7">
        <w:trPr>
          <w:trHeight w:val="300"/>
        </w:trPr>
        <w:tc>
          <w:tcPr>
            <w:tcW w:w="3600" w:type="dxa"/>
            <w:vMerge w:val="restar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2C74D89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Peru</w:t>
            </w:r>
            <w:r>
              <w:rPr>
                <w:rFonts w:ascii="Arial" w:hAnsi="Arial" w:cs="Arial"/>
              </w:rPr>
              <w:t>*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F64315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56605D">
              <w:rPr>
                <w:rFonts w:ascii="Arial" w:hAnsi="Arial" w:cs="Arial"/>
              </w:rPr>
              <w:t>11,155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784CF4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56605D">
              <w:rPr>
                <w:rFonts w:ascii="Arial" w:hAnsi="Arial" w:cs="Arial"/>
              </w:rPr>
              <w:t>1,542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2CFBB1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56605D">
              <w:rPr>
                <w:rFonts w:ascii="Arial" w:hAnsi="Arial" w:cs="Arial"/>
              </w:rPr>
              <w:t>3,625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C080FA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14,255</w:t>
            </w:r>
          </w:p>
        </w:tc>
      </w:tr>
      <w:tr w:rsidR="00EF0F32" w:rsidRPr="0056605D" w14:paraId="7AA1AD2B" w14:textId="77777777" w:rsidTr="00AB41E7">
        <w:trPr>
          <w:trHeight w:val="320"/>
        </w:trPr>
        <w:tc>
          <w:tcPr>
            <w:tcW w:w="3600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A9256CD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B18F0FB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56605D">
              <w:rPr>
                <w:rFonts w:ascii="Arial" w:hAnsi="Arial" w:cs="Arial"/>
              </w:rPr>
              <w:t>63%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6E1A66C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56605D">
              <w:rPr>
                <w:rFonts w:ascii="Arial" w:hAnsi="Arial" w:cs="Arial"/>
              </w:rPr>
              <w:t>66%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9BA63E2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56605D">
              <w:rPr>
                <w:rFonts w:ascii="Arial" w:hAnsi="Arial" w:cs="Arial"/>
              </w:rPr>
              <w:t>57%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E96CF75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(61%)</w:t>
            </w:r>
          </w:p>
        </w:tc>
      </w:tr>
      <w:tr w:rsidR="00EF0F32" w:rsidRPr="0056605D" w14:paraId="5877E93B" w14:textId="77777777" w:rsidTr="00AB41E7">
        <w:trPr>
          <w:trHeight w:val="300"/>
        </w:trPr>
        <w:tc>
          <w:tcPr>
            <w:tcW w:w="3600" w:type="dxa"/>
            <w:vMerge w:val="restar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77D3997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Uruguay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173026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56605D">
              <w:rPr>
                <w:rFonts w:ascii="Arial" w:hAnsi="Arial" w:cs="Arial"/>
              </w:rPr>
              <w:t>543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9ED090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56605D">
              <w:rPr>
                <w:rFonts w:ascii="Arial" w:hAnsi="Arial" w:cs="Arial"/>
              </w:rPr>
              <w:t>74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B3E4FB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56605D">
              <w:rPr>
                <w:rFonts w:ascii="Arial" w:hAnsi="Arial" w:cs="Arial"/>
              </w:rPr>
              <w:t>106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641B4B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651</w:t>
            </w:r>
          </w:p>
        </w:tc>
      </w:tr>
      <w:tr w:rsidR="00EF0F32" w:rsidRPr="0056605D" w14:paraId="7F07B317" w14:textId="77777777" w:rsidTr="00AB41E7">
        <w:trPr>
          <w:trHeight w:val="320"/>
        </w:trPr>
        <w:tc>
          <w:tcPr>
            <w:tcW w:w="3600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B3B663C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0CDD18F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56605D">
              <w:rPr>
                <w:rFonts w:ascii="Arial" w:hAnsi="Arial" w:cs="Arial"/>
              </w:rPr>
              <w:t>65%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2ED128B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56605D">
              <w:rPr>
                <w:rFonts w:ascii="Arial" w:hAnsi="Arial" w:cs="Arial"/>
              </w:rPr>
              <w:t>69%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BED5629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56605D">
              <w:rPr>
                <w:rFonts w:ascii="Arial" w:hAnsi="Arial" w:cs="Arial"/>
              </w:rPr>
              <w:t>62%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B0F24E8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(65%)</w:t>
            </w:r>
          </w:p>
        </w:tc>
      </w:tr>
      <w:tr w:rsidR="00304129" w:rsidRPr="0056605D" w14:paraId="591636A6" w14:textId="77777777" w:rsidTr="002A4810">
        <w:trPr>
          <w:trHeight w:val="300"/>
        </w:trPr>
        <w:tc>
          <w:tcPr>
            <w:tcW w:w="3600" w:type="dxa"/>
            <w:vMerge w:val="restar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hideMark/>
          </w:tcPr>
          <w:p w14:paraId="6EBD9615" w14:textId="77777777" w:rsidR="00304129" w:rsidRPr="005262B9" w:rsidRDefault="00304129" w:rsidP="00304129">
            <w:pPr>
              <w:pStyle w:val="Tabletext"/>
              <w:keepLines/>
              <w:jc w:val="left"/>
              <w:rPr>
                <w:rFonts w:ascii="Arial" w:hAnsi="Arial" w:cs="Arial"/>
              </w:rPr>
            </w:pPr>
            <w:r w:rsidRPr="005262B9">
              <w:rPr>
                <w:rFonts w:ascii="Arial" w:hAnsi="Arial" w:cs="Arial"/>
              </w:rPr>
              <w:t>Other Countries without Survey Data***</w:t>
            </w:r>
          </w:p>
          <w:p w14:paraId="656E7F40" w14:textId="3EFF99D7" w:rsidR="00304129" w:rsidRPr="0056605D" w:rsidRDefault="00304129" w:rsidP="00304129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14AADE" w14:textId="77777777" w:rsidR="00304129" w:rsidRPr="0056605D" w:rsidRDefault="00304129" w:rsidP="00304129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56605D">
              <w:rPr>
                <w:rFonts w:ascii="Arial" w:hAnsi="Arial" w:cs="Arial"/>
              </w:rPr>
              <w:t>35,762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EBE0B6" w14:textId="77777777" w:rsidR="00304129" w:rsidRPr="0056605D" w:rsidRDefault="00304129" w:rsidP="00304129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56605D">
              <w:rPr>
                <w:rFonts w:ascii="Arial" w:hAnsi="Arial" w:cs="Arial"/>
              </w:rPr>
              <w:t>5,903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188CB1" w14:textId="77777777" w:rsidR="00304129" w:rsidRPr="0056605D" w:rsidRDefault="00304129" w:rsidP="00304129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56605D">
              <w:rPr>
                <w:rFonts w:ascii="Arial" w:hAnsi="Arial" w:cs="Arial"/>
              </w:rPr>
              <w:t>3,286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DA55B1" w14:textId="77777777" w:rsidR="00304129" w:rsidRPr="0056605D" w:rsidRDefault="00304129" w:rsidP="00304129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39,582</w:t>
            </w:r>
          </w:p>
        </w:tc>
      </w:tr>
      <w:tr w:rsidR="00304129" w:rsidRPr="0056605D" w14:paraId="2C478F24" w14:textId="77777777" w:rsidTr="002A4810">
        <w:trPr>
          <w:trHeight w:val="320"/>
        </w:trPr>
        <w:tc>
          <w:tcPr>
            <w:tcW w:w="3600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443B65DB" w14:textId="77777777" w:rsidR="00304129" w:rsidRPr="0056605D" w:rsidRDefault="00304129" w:rsidP="00304129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5BF5D73" w14:textId="77777777" w:rsidR="00304129" w:rsidRPr="0056605D" w:rsidRDefault="00304129" w:rsidP="00304129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56605D">
              <w:rPr>
                <w:rFonts w:ascii="Arial" w:hAnsi="Arial" w:cs="Arial"/>
              </w:rPr>
              <w:t>63%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970C4EB" w14:textId="77777777" w:rsidR="00304129" w:rsidRPr="0056605D" w:rsidRDefault="00304129" w:rsidP="00304129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56605D">
              <w:rPr>
                <w:rFonts w:ascii="Arial" w:hAnsi="Arial" w:cs="Arial"/>
              </w:rPr>
              <w:t>64%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63F316E" w14:textId="77777777" w:rsidR="00304129" w:rsidRPr="0056605D" w:rsidRDefault="00304129" w:rsidP="00304129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56605D">
              <w:rPr>
                <w:rFonts w:ascii="Arial" w:hAnsi="Arial" w:cs="Arial"/>
              </w:rPr>
              <w:t>58%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1581C6F" w14:textId="77777777" w:rsidR="00304129" w:rsidRPr="0056605D" w:rsidRDefault="00304129" w:rsidP="00304129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(62%)</w:t>
            </w:r>
          </w:p>
        </w:tc>
      </w:tr>
      <w:tr w:rsidR="00304129" w:rsidRPr="0056605D" w14:paraId="334E0BDF" w14:textId="77777777" w:rsidTr="002A4810">
        <w:trPr>
          <w:trHeight w:val="300"/>
        </w:trPr>
        <w:tc>
          <w:tcPr>
            <w:tcW w:w="3600" w:type="dxa"/>
            <w:vMerge w:val="restar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hideMark/>
          </w:tcPr>
          <w:p w14:paraId="29A8398F" w14:textId="77777777" w:rsidR="00304129" w:rsidRPr="005262B9" w:rsidRDefault="00304129" w:rsidP="00304129">
            <w:pPr>
              <w:pStyle w:val="Tabletext"/>
              <w:keepLines/>
              <w:jc w:val="left"/>
              <w:rPr>
                <w:rFonts w:ascii="Arial" w:hAnsi="Arial" w:cs="Arial"/>
              </w:rPr>
            </w:pPr>
            <w:r w:rsidRPr="005262B9">
              <w:rPr>
                <w:rFonts w:ascii="Arial" w:hAnsi="Arial" w:cs="Arial"/>
              </w:rPr>
              <w:t>Latin America and the Caribbean (Estimated)</w:t>
            </w:r>
          </w:p>
          <w:p w14:paraId="504B1020" w14:textId="7A33A0AE" w:rsidR="00304129" w:rsidRPr="0056605D" w:rsidRDefault="00304129" w:rsidP="00304129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B67BDE" w14:textId="77777777" w:rsidR="00304129" w:rsidRPr="0056605D" w:rsidRDefault="00304129" w:rsidP="00304129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56605D">
              <w:rPr>
                <w:rFonts w:ascii="Arial" w:hAnsi="Arial" w:cs="Arial"/>
              </w:rPr>
              <w:t>149,345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BAECE1" w14:textId="77777777" w:rsidR="00304129" w:rsidRPr="0056605D" w:rsidRDefault="00304129" w:rsidP="00304129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56605D">
              <w:rPr>
                <w:rFonts w:ascii="Arial" w:hAnsi="Arial" w:cs="Arial"/>
              </w:rPr>
              <w:t>30,010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1E6FE6" w14:textId="77777777" w:rsidR="00304129" w:rsidRPr="0056605D" w:rsidRDefault="00304129" w:rsidP="00304129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56605D">
              <w:rPr>
                <w:rFonts w:ascii="Arial" w:hAnsi="Arial" w:cs="Arial"/>
              </w:rPr>
              <w:t>23,659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B77D47" w14:textId="77777777" w:rsidR="00304129" w:rsidRPr="0056605D" w:rsidRDefault="00304129" w:rsidP="00304129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161,273</w:t>
            </w:r>
          </w:p>
        </w:tc>
      </w:tr>
      <w:tr w:rsidR="00304129" w:rsidRPr="0056605D" w14:paraId="458BA4B9" w14:textId="77777777" w:rsidTr="002A4810">
        <w:trPr>
          <w:trHeight w:val="300"/>
        </w:trPr>
        <w:tc>
          <w:tcPr>
            <w:tcW w:w="3600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542A463F" w14:textId="77777777" w:rsidR="00304129" w:rsidRPr="0056605D" w:rsidRDefault="00304129" w:rsidP="00304129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4D5CFBA" w14:textId="77777777" w:rsidR="00304129" w:rsidRPr="0056605D" w:rsidRDefault="00304129" w:rsidP="00304129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56605D">
              <w:rPr>
                <w:rFonts w:ascii="Arial" w:hAnsi="Arial" w:cs="Arial"/>
              </w:rPr>
              <w:t>63%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98F018A" w14:textId="77777777" w:rsidR="00304129" w:rsidRPr="0056605D" w:rsidRDefault="00304129" w:rsidP="00304129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56605D">
              <w:rPr>
                <w:rFonts w:ascii="Arial" w:hAnsi="Arial" w:cs="Arial"/>
              </w:rPr>
              <w:t>64%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E3AE56D" w14:textId="77777777" w:rsidR="00304129" w:rsidRPr="0056605D" w:rsidRDefault="00304129" w:rsidP="00304129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56605D">
              <w:rPr>
                <w:rFonts w:ascii="Arial" w:hAnsi="Arial" w:cs="Arial"/>
              </w:rPr>
              <w:t>58%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480355B" w14:textId="77777777" w:rsidR="00304129" w:rsidRPr="0056605D" w:rsidRDefault="00304129" w:rsidP="00304129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(62%)</w:t>
            </w:r>
          </w:p>
        </w:tc>
      </w:tr>
      <w:tr w:rsidR="00304129" w:rsidRPr="0056605D" w14:paraId="66053FCF" w14:textId="77777777" w:rsidTr="002A4810">
        <w:trPr>
          <w:trHeight w:val="320"/>
        </w:trPr>
        <w:tc>
          <w:tcPr>
            <w:tcW w:w="36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193B1DAF" w14:textId="7634AAF2" w:rsidR="00304129" w:rsidRPr="0056605D" w:rsidRDefault="00304129" w:rsidP="00304129">
            <w:pPr>
              <w:pStyle w:val="Tabletext"/>
              <w:spacing w:line="276" w:lineRule="auto"/>
              <w:jc w:val="left"/>
              <w:rPr>
                <w:rFonts w:ascii="Arial" w:hAnsi="Arial" w:cs="Arial"/>
              </w:rPr>
            </w:pPr>
            <w:r w:rsidRPr="005262B9">
              <w:rPr>
                <w:rFonts w:ascii="Arial" w:hAnsi="Arial" w:cs="Arial"/>
              </w:rPr>
              <w:t>Distribution of Care</w:t>
            </w:r>
            <w:r>
              <w:rPr>
                <w:rFonts w:ascii="Arial" w:hAnsi="Arial" w:cs="Arial"/>
              </w:rPr>
              <w:t xml:space="preserve">givers </w:t>
            </w:r>
            <w:r w:rsidRPr="005262B9">
              <w:rPr>
                <w:rFonts w:ascii="Arial" w:hAnsi="Arial" w:cs="Arial"/>
              </w:rPr>
              <w:t>by Type of Care Recipient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BEE7933" w14:textId="77777777" w:rsidR="00304129" w:rsidRPr="0056605D" w:rsidRDefault="00304129" w:rsidP="00304129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56605D">
              <w:rPr>
                <w:rFonts w:ascii="Arial" w:hAnsi="Arial" w:cs="Arial"/>
              </w:rPr>
              <w:t>93%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6AC5CF6" w14:textId="77777777" w:rsidR="00304129" w:rsidRPr="0056605D" w:rsidRDefault="00304129" w:rsidP="00304129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56605D">
              <w:rPr>
                <w:rFonts w:ascii="Arial" w:hAnsi="Arial" w:cs="Arial"/>
              </w:rPr>
              <w:t>19%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D77357D" w14:textId="77777777" w:rsidR="00304129" w:rsidRPr="0056605D" w:rsidRDefault="00304129" w:rsidP="00304129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56605D">
              <w:rPr>
                <w:rFonts w:ascii="Arial" w:hAnsi="Arial" w:cs="Arial"/>
              </w:rPr>
              <w:t>15%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14BDA5F" w14:textId="77777777" w:rsidR="00304129" w:rsidRPr="0056605D" w:rsidRDefault="00304129" w:rsidP="00304129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56605D">
              <w:rPr>
                <w:rFonts w:ascii="Arial" w:hAnsi="Arial" w:cs="Arial"/>
              </w:rPr>
              <w:t> </w:t>
            </w:r>
          </w:p>
        </w:tc>
      </w:tr>
    </w:tbl>
    <w:p w14:paraId="726DC51C" w14:textId="1421F59F" w:rsidR="00EF0F32" w:rsidRPr="0056605D" w:rsidRDefault="00EF0F32" w:rsidP="00EF0F32">
      <w:pPr>
        <w:pStyle w:val="Sourcenotes"/>
        <w:spacing w:line="276" w:lineRule="auto"/>
        <w:rPr>
          <w:rFonts w:ascii="Arial" w:hAnsi="Arial" w:cs="Arial"/>
        </w:rPr>
      </w:pPr>
      <w:r w:rsidRPr="00304129">
        <w:rPr>
          <w:rFonts w:ascii="Arial" w:hAnsi="Arial" w:cs="Arial"/>
          <w:sz w:val="16"/>
          <w:szCs w:val="20"/>
        </w:rPr>
        <w:t>Source: see Table 1. Notes: see Tables 1 and A</w:t>
      </w:r>
      <w:r w:rsidR="00304129" w:rsidRPr="00304129">
        <w:rPr>
          <w:rFonts w:ascii="Arial" w:hAnsi="Arial" w:cs="Arial"/>
          <w:sz w:val="16"/>
          <w:szCs w:val="20"/>
        </w:rPr>
        <w:t>4</w:t>
      </w:r>
      <w:r w:rsidRPr="00304129">
        <w:rPr>
          <w:rFonts w:ascii="Arial" w:hAnsi="Arial" w:cs="Arial"/>
          <w:sz w:val="16"/>
          <w:szCs w:val="20"/>
        </w:rPr>
        <w:t>.1.</w:t>
      </w:r>
      <w:r w:rsidRPr="0056605D">
        <w:rPr>
          <w:rFonts w:ascii="Arial" w:hAnsi="Arial" w:cs="Arial"/>
        </w:rPr>
        <w:t xml:space="preserve"> </w:t>
      </w:r>
    </w:p>
    <w:p w14:paraId="782FA600" w14:textId="77777777" w:rsidR="00EF0F32" w:rsidRPr="0056605D" w:rsidRDefault="00EF0F32" w:rsidP="00EF0F32">
      <w:pPr>
        <w:spacing w:line="276" w:lineRule="auto"/>
        <w:jc w:val="both"/>
        <w:rPr>
          <w:rFonts w:ascii="Arial" w:hAnsi="Arial" w:cs="Arial"/>
        </w:rPr>
      </w:pPr>
    </w:p>
    <w:p w14:paraId="57003E51" w14:textId="77777777" w:rsidR="00EF0F32" w:rsidRPr="0056605D" w:rsidRDefault="00EF0F32" w:rsidP="00EF0F32">
      <w:pPr>
        <w:spacing w:line="276" w:lineRule="auto"/>
        <w:jc w:val="both"/>
        <w:rPr>
          <w:rFonts w:ascii="Arial" w:hAnsi="Arial" w:cs="Arial"/>
        </w:rPr>
      </w:pPr>
    </w:p>
    <w:p w14:paraId="3F638E0E" w14:textId="704FFE60" w:rsidR="00EF0F32" w:rsidRDefault="00EF0F32" w:rsidP="00EF0F32">
      <w:pPr>
        <w:pStyle w:val="Caption"/>
      </w:pPr>
      <w:r w:rsidRPr="00B60F71">
        <w:lastRenderedPageBreak/>
        <w:t>Table A</w:t>
      </w:r>
      <w:r w:rsidR="00304129">
        <w:t>4</w:t>
      </w:r>
      <w:r w:rsidRPr="00B60F71">
        <w:t xml:space="preserve">.3. </w:t>
      </w:r>
      <w:r w:rsidR="00304129" w:rsidRPr="005262B9">
        <w:t>Average Weekly Hours of Direct Care and Gender Difference (Women Minus Men, in Parentheses), by Country and Type of Recipient</w:t>
      </w:r>
      <w:r w:rsidRPr="0056605D">
        <w:t xml:space="preserve"> </w:t>
      </w:r>
      <w:r>
        <w:t xml:space="preserve">(replication of Table 3 with </w:t>
      </w:r>
      <w:r w:rsidR="00304129">
        <w:t>O</w:t>
      </w:r>
      <w:r>
        <w:t xml:space="preserve">riginal </w:t>
      </w:r>
      <w:r w:rsidR="00304129">
        <w:t>G</w:t>
      </w:r>
      <w:r>
        <w:t xml:space="preserve">roups of </w:t>
      </w:r>
      <w:r w:rsidR="00304129">
        <w:t>R</w:t>
      </w:r>
      <w:r>
        <w:t>ecipients)</w:t>
      </w:r>
    </w:p>
    <w:p w14:paraId="694D86C0" w14:textId="77777777" w:rsidR="00EF0F32" w:rsidRPr="00D70FFD" w:rsidRDefault="00EF0F32" w:rsidP="00EF0F32"/>
    <w:tbl>
      <w:tblPr>
        <w:tblW w:w="8922" w:type="dxa"/>
        <w:tblLook w:val="04A0" w:firstRow="1" w:lastRow="0" w:firstColumn="1" w:lastColumn="0" w:noHBand="0" w:noVBand="1"/>
      </w:tblPr>
      <w:tblGrid>
        <w:gridCol w:w="3600"/>
        <w:gridCol w:w="1260"/>
        <w:gridCol w:w="1368"/>
        <w:gridCol w:w="1512"/>
        <w:gridCol w:w="1182"/>
      </w:tblGrid>
      <w:tr w:rsidR="00304129" w:rsidRPr="0056605D" w14:paraId="0F5BFA5A" w14:textId="77777777" w:rsidTr="00AB41E7">
        <w:trPr>
          <w:trHeight w:val="320"/>
        </w:trPr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E376185" w14:textId="77777777" w:rsidR="00304129" w:rsidRPr="0056605D" w:rsidRDefault="00304129" w:rsidP="00304129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  <w:r w:rsidRPr="0056605D">
              <w:rPr>
                <w:rFonts w:ascii="Arial" w:hAnsi="Arial" w:cs="Arial"/>
              </w:rPr>
              <w:t> </w:t>
            </w:r>
          </w:p>
        </w:tc>
        <w:tc>
          <w:tcPr>
            <w:tcW w:w="53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DA50921" w14:textId="7DFCA492" w:rsidR="00304129" w:rsidRPr="0056605D" w:rsidRDefault="00304129" w:rsidP="00304129">
            <w:pPr>
              <w:pStyle w:val="Tabletext"/>
              <w:spacing w:line="276" w:lineRule="auto"/>
              <w:jc w:val="center"/>
              <w:rPr>
                <w:rFonts w:ascii="Arial" w:hAnsi="Arial" w:cs="Arial"/>
              </w:rPr>
            </w:pPr>
            <w:r w:rsidRPr="0056605D">
              <w:rPr>
                <w:rFonts w:ascii="Arial" w:hAnsi="Arial" w:cs="Arial"/>
              </w:rPr>
              <w:t xml:space="preserve">Type of </w:t>
            </w:r>
            <w:r>
              <w:rPr>
                <w:rFonts w:ascii="Arial" w:hAnsi="Arial" w:cs="Arial"/>
              </w:rPr>
              <w:t>C</w:t>
            </w:r>
            <w:r w:rsidRPr="0056605D">
              <w:rPr>
                <w:rFonts w:ascii="Arial" w:hAnsi="Arial" w:cs="Arial"/>
              </w:rPr>
              <w:t xml:space="preserve">are </w:t>
            </w:r>
            <w:r>
              <w:rPr>
                <w:rFonts w:ascii="Arial" w:hAnsi="Arial" w:cs="Arial"/>
              </w:rPr>
              <w:t>R</w:t>
            </w:r>
            <w:r w:rsidRPr="0056605D">
              <w:rPr>
                <w:rFonts w:ascii="Arial" w:hAnsi="Arial" w:cs="Arial"/>
              </w:rPr>
              <w:t>ecipient</w:t>
            </w:r>
          </w:p>
        </w:tc>
      </w:tr>
      <w:tr w:rsidR="00304129" w:rsidRPr="0056605D" w14:paraId="57379C89" w14:textId="77777777" w:rsidTr="00AB41E7">
        <w:trPr>
          <w:trHeight w:val="493"/>
        </w:trPr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6A00D7C" w14:textId="77777777" w:rsidR="00304129" w:rsidRPr="0056605D" w:rsidRDefault="00304129" w:rsidP="00304129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  <w:r w:rsidRPr="0056605D">
              <w:rPr>
                <w:rFonts w:ascii="Arial" w:hAnsi="Arial" w:cs="Arial"/>
              </w:rPr>
              <w:t>Country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2096D49" w14:textId="77777777" w:rsidR="00304129" w:rsidRPr="000D0B80" w:rsidRDefault="00304129" w:rsidP="00304129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0D0B80">
              <w:rPr>
                <w:rFonts w:ascii="Arial" w:hAnsi="Arial" w:cs="Arial"/>
              </w:rPr>
              <w:t xml:space="preserve">Children </w:t>
            </w:r>
            <w:r>
              <w:rPr>
                <w:rFonts w:ascii="Arial" w:hAnsi="Arial" w:cs="Arial"/>
              </w:rPr>
              <w:t>without</w:t>
            </w:r>
            <w:r w:rsidRPr="000D0B80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D</w:t>
            </w:r>
            <w:r w:rsidRPr="000D0B80">
              <w:rPr>
                <w:rFonts w:ascii="Arial" w:hAnsi="Arial" w:cs="Arial"/>
              </w:rPr>
              <w:t>isabilities</w:t>
            </w:r>
          </w:p>
          <w:p w14:paraId="016D32EA" w14:textId="7EB264EE" w:rsidR="00304129" w:rsidRPr="00CB21BD" w:rsidRDefault="00304129" w:rsidP="00304129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0D0B80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>A</w:t>
            </w:r>
            <w:r w:rsidRPr="000D0B80">
              <w:rPr>
                <w:rFonts w:ascii="Arial" w:hAnsi="Arial" w:cs="Arial"/>
              </w:rPr>
              <w:t>ge &lt;15)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CAA2BE2" w14:textId="77777777" w:rsidR="00304129" w:rsidRPr="000D0B80" w:rsidRDefault="00304129" w:rsidP="00304129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Persons with Disabilities</w:t>
            </w:r>
          </w:p>
          <w:p w14:paraId="1E34D157" w14:textId="27628087" w:rsidR="00304129" w:rsidRPr="00CB21BD" w:rsidRDefault="00304129" w:rsidP="00304129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0D0B80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>A</w:t>
            </w:r>
            <w:r w:rsidRPr="000D0B80">
              <w:rPr>
                <w:rFonts w:ascii="Arial" w:hAnsi="Arial" w:cs="Arial"/>
              </w:rPr>
              <w:t xml:space="preserve">ll </w:t>
            </w:r>
            <w:r>
              <w:rPr>
                <w:rFonts w:ascii="Arial" w:hAnsi="Arial" w:cs="Arial"/>
              </w:rPr>
              <w:t>A</w:t>
            </w:r>
            <w:r w:rsidRPr="000D0B80">
              <w:rPr>
                <w:rFonts w:ascii="Arial" w:hAnsi="Arial" w:cs="Arial"/>
              </w:rPr>
              <w:t xml:space="preserve">ges) 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1B14E6B" w14:textId="77777777" w:rsidR="00304129" w:rsidRPr="000D0B80" w:rsidRDefault="00304129" w:rsidP="00304129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0D0B80">
              <w:rPr>
                <w:rFonts w:ascii="Arial" w:hAnsi="Arial" w:cs="Arial"/>
              </w:rPr>
              <w:t xml:space="preserve">Older people </w:t>
            </w:r>
            <w:r>
              <w:rPr>
                <w:rFonts w:ascii="Arial" w:hAnsi="Arial" w:cs="Arial"/>
              </w:rPr>
              <w:t>without</w:t>
            </w:r>
            <w:r w:rsidRPr="000D0B80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D</w:t>
            </w:r>
            <w:r w:rsidRPr="000D0B80">
              <w:rPr>
                <w:rFonts w:ascii="Arial" w:hAnsi="Arial" w:cs="Arial"/>
              </w:rPr>
              <w:t>isabilities</w:t>
            </w:r>
          </w:p>
          <w:p w14:paraId="6F082213" w14:textId="0A1A16D9" w:rsidR="00304129" w:rsidRPr="00CB21BD" w:rsidRDefault="00304129" w:rsidP="00304129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0D0B80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>A</w:t>
            </w:r>
            <w:r w:rsidRPr="000D0B80">
              <w:rPr>
                <w:rFonts w:ascii="Arial" w:hAnsi="Arial" w:cs="Arial"/>
              </w:rPr>
              <w:t xml:space="preserve">ge </w:t>
            </w:r>
            <w:r>
              <w:rPr>
                <w:rFonts w:ascii="Arial" w:hAnsi="Arial" w:cs="Arial"/>
              </w:rPr>
              <w:t>≥</w:t>
            </w:r>
            <w:r w:rsidRPr="000D0B80">
              <w:rPr>
                <w:rFonts w:ascii="Arial" w:hAnsi="Arial" w:cs="Arial"/>
              </w:rPr>
              <w:t>65)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61037C1" w14:textId="6AFA1DB7" w:rsidR="00304129" w:rsidRPr="00CB21BD" w:rsidRDefault="00304129" w:rsidP="00304129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0D0B80">
              <w:rPr>
                <w:rFonts w:ascii="Arial" w:hAnsi="Arial" w:cs="Arial"/>
              </w:rPr>
              <w:t>Total</w:t>
            </w:r>
          </w:p>
        </w:tc>
      </w:tr>
      <w:tr w:rsidR="00EF0F32" w:rsidRPr="0056605D" w14:paraId="026A5503" w14:textId="77777777" w:rsidTr="00AB41E7">
        <w:trPr>
          <w:trHeight w:val="300"/>
        </w:trPr>
        <w:tc>
          <w:tcPr>
            <w:tcW w:w="3600" w:type="dxa"/>
            <w:vMerge w:val="restar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B7D212B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Argentina</w:t>
            </w:r>
            <w:r>
              <w:rPr>
                <w:rFonts w:ascii="Arial" w:hAnsi="Arial" w:cs="Arial"/>
              </w:rPr>
              <w:t>*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6E2997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19.8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3E5DD2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12.2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A22492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10.0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61C25E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20.6</w:t>
            </w:r>
          </w:p>
        </w:tc>
      </w:tr>
      <w:tr w:rsidR="00EF0F32" w:rsidRPr="0056605D" w14:paraId="6097F4F4" w14:textId="77777777" w:rsidTr="00AB41E7">
        <w:trPr>
          <w:trHeight w:val="320"/>
        </w:trPr>
        <w:tc>
          <w:tcPr>
            <w:tcW w:w="3600" w:type="dxa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44C04CB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360BC23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(5.8)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11E53C6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(4.4)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3808A3B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(1.6)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543AEDC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(6.7)</w:t>
            </w:r>
          </w:p>
        </w:tc>
      </w:tr>
      <w:tr w:rsidR="00EF0F32" w:rsidRPr="0056605D" w14:paraId="5FF0D385" w14:textId="77777777" w:rsidTr="00AB41E7">
        <w:trPr>
          <w:trHeight w:val="300"/>
        </w:trPr>
        <w:tc>
          <w:tcPr>
            <w:tcW w:w="3600" w:type="dxa"/>
            <w:vMerge w:val="restar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09D15F9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Brazil</w:t>
            </w:r>
            <w:r>
              <w:rPr>
                <w:rFonts w:ascii="Arial" w:hAnsi="Arial" w:cs="Arial"/>
              </w:rPr>
              <w:t xml:space="preserve">** </w:t>
            </w:r>
            <w:r w:rsidRPr="0082776B">
              <w:rPr>
                <w:rFonts w:ascii="Arial" w:hAnsi="Arial" w:cs="Arial"/>
                <w:vertAlign w:val="superscript"/>
              </w:rPr>
              <w:t>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60C96C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12.2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1C1784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10.2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BEF047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14BF04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12.2</w:t>
            </w:r>
          </w:p>
        </w:tc>
      </w:tr>
      <w:tr w:rsidR="00EF0F32" w:rsidRPr="0056605D" w14:paraId="076C1FDC" w14:textId="77777777" w:rsidTr="00AB41E7">
        <w:trPr>
          <w:trHeight w:val="320"/>
        </w:trPr>
        <w:tc>
          <w:tcPr>
            <w:tcW w:w="3600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4EF71B4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0E9DECE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(7.9)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7156B91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(4.9)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BCC4E46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(0.1)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7E3C0E6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(7.2)</w:t>
            </w:r>
          </w:p>
        </w:tc>
      </w:tr>
      <w:tr w:rsidR="00EF0F32" w:rsidRPr="0056605D" w14:paraId="03A0A8ED" w14:textId="77777777" w:rsidTr="00AB41E7">
        <w:trPr>
          <w:trHeight w:val="300"/>
        </w:trPr>
        <w:tc>
          <w:tcPr>
            <w:tcW w:w="3600" w:type="dxa"/>
            <w:vMerge w:val="restar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A0EE867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Chile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F69B14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17.1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A7F1B4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8.6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F08360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6.8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ECAC74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20.0</w:t>
            </w:r>
          </w:p>
        </w:tc>
      </w:tr>
      <w:tr w:rsidR="00EF0F32" w:rsidRPr="0056605D" w14:paraId="2B5AC0D8" w14:textId="77777777" w:rsidTr="00AB41E7">
        <w:trPr>
          <w:trHeight w:val="320"/>
        </w:trPr>
        <w:tc>
          <w:tcPr>
            <w:tcW w:w="3600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57D2F5A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E8E6812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(6.6)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83B7100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(1.9)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B6AED95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(0.2)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0294C23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(7.1)</w:t>
            </w:r>
          </w:p>
        </w:tc>
      </w:tr>
      <w:tr w:rsidR="00EF0F32" w:rsidRPr="0056605D" w14:paraId="69732371" w14:textId="77777777" w:rsidTr="00AB41E7">
        <w:trPr>
          <w:trHeight w:val="300"/>
        </w:trPr>
        <w:tc>
          <w:tcPr>
            <w:tcW w:w="3600" w:type="dxa"/>
            <w:vMerge w:val="restar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3A4E80C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Colombia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66FC6F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16.7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EF13A1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15.0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D0D124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19.1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F4411F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17.0</w:t>
            </w:r>
          </w:p>
        </w:tc>
      </w:tr>
      <w:tr w:rsidR="00EF0F32" w:rsidRPr="0056605D" w14:paraId="566EBF31" w14:textId="77777777" w:rsidTr="00AB41E7">
        <w:trPr>
          <w:trHeight w:val="320"/>
        </w:trPr>
        <w:tc>
          <w:tcPr>
            <w:tcW w:w="3600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1239673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D4F5893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(7.0)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805CBFA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(6.6)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16F338E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(6.2)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2197A1E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(7.3)</w:t>
            </w:r>
          </w:p>
        </w:tc>
      </w:tr>
      <w:tr w:rsidR="00EF0F32" w:rsidRPr="0056605D" w14:paraId="18AD2EDF" w14:textId="77777777" w:rsidTr="00AB41E7">
        <w:trPr>
          <w:trHeight w:val="300"/>
        </w:trPr>
        <w:tc>
          <w:tcPr>
            <w:tcW w:w="3600" w:type="dxa"/>
            <w:vMerge w:val="restar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1A9A306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Costa Rica</w:t>
            </w:r>
            <w:r>
              <w:rPr>
                <w:rFonts w:ascii="Arial" w:hAnsi="Arial" w:cs="Arial"/>
              </w:rPr>
              <w:t xml:space="preserve"> </w:t>
            </w:r>
            <w:r w:rsidRPr="003C4053">
              <w:rPr>
                <w:rFonts w:ascii="Arial" w:hAnsi="Arial" w:cs="Arial"/>
                <w:sz w:val="18"/>
                <w:szCs w:val="18"/>
                <w:vertAlign w:val="superscript"/>
              </w:rPr>
              <w:t>f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E0106C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E2C0A6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9.1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0569BC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3.6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B62B6F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10.5</w:t>
            </w:r>
          </w:p>
        </w:tc>
      </w:tr>
      <w:tr w:rsidR="00EF0F32" w:rsidRPr="0056605D" w14:paraId="41F037F8" w14:textId="77777777" w:rsidTr="00AB41E7">
        <w:trPr>
          <w:trHeight w:val="320"/>
        </w:trPr>
        <w:tc>
          <w:tcPr>
            <w:tcW w:w="3600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6EBE9EB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379AC18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(4.2)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DCBF8BF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(5.4)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512A409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(1.2)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72BAF48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(5.0)</w:t>
            </w:r>
          </w:p>
        </w:tc>
      </w:tr>
      <w:tr w:rsidR="00EF0F32" w:rsidRPr="0056605D" w14:paraId="4F805928" w14:textId="77777777" w:rsidTr="00AB41E7">
        <w:trPr>
          <w:trHeight w:val="300"/>
        </w:trPr>
        <w:tc>
          <w:tcPr>
            <w:tcW w:w="3600" w:type="dxa"/>
            <w:vMerge w:val="restar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7A004A1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El Salvador</w:t>
            </w:r>
            <w:r>
              <w:rPr>
                <w:rFonts w:ascii="Arial" w:hAnsi="Arial" w:cs="Arial"/>
              </w:rPr>
              <w:t>*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DE5EAC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14.8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E29938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10.9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1CBDAE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9.7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A588DD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21.7</w:t>
            </w:r>
          </w:p>
        </w:tc>
      </w:tr>
      <w:tr w:rsidR="00EF0F32" w:rsidRPr="0056605D" w14:paraId="778C9D01" w14:textId="77777777" w:rsidTr="00AB41E7">
        <w:trPr>
          <w:trHeight w:val="320"/>
        </w:trPr>
        <w:tc>
          <w:tcPr>
            <w:tcW w:w="3600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9E92954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0E32E2B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(4.6)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66EF95E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(1.9)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A616B81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(1.0)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6662454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(4.6)</w:t>
            </w:r>
          </w:p>
        </w:tc>
      </w:tr>
      <w:tr w:rsidR="00EF0F32" w:rsidRPr="0056605D" w14:paraId="7FA8AF50" w14:textId="77777777" w:rsidTr="00AB41E7">
        <w:trPr>
          <w:trHeight w:val="300"/>
        </w:trPr>
        <w:tc>
          <w:tcPr>
            <w:tcW w:w="3600" w:type="dxa"/>
            <w:vMerge w:val="restar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8701E2E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Mexico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42BD6D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10.3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69DBF6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9.9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282C47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4.8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379DAC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12.5</w:t>
            </w:r>
          </w:p>
        </w:tc>
      </w:tr>
      <w:tr w:rsidR="00EF0F32" w:rsidRPr="0056605D" w14:paraId="41A13CEE" w14:textId="77777777" w:rsidTr="00AB41E7">
        <w:trPr>
          <w:trHeight w:val="320"/>
        </w:trPr>
        <w:tc>
          <w:tcPr>
            <w:tcW w:w="3600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55A9C7B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031DD4D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(7.1)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4037272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(4.5)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34A3DFB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(1.1)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238A1BA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(8.3)</w:t>
            </w:r>
          </w:p>
        </w:tc>
      </w:tr>
      <w:tr w:rsidR="00EF0F32" w:rsidRPr="0056605D" w14:paraId="58D08E5D" w14:textId="77777777" w:rsidTr="00AB41E7">
        <w:trPr>
          <w:trHeight w:val="300"/>
        </w:trPr>
        <w:tc>
          <w:tcPr>
            <w:tcW w:w="3600" w:type="dxa"/>
            <w:vMerge w:val="restar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AB4090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Paraguay</w:t>
            </w:r>
            <w:r>
              <w:rPr>
                <w:rFonts w:ascii="Arial" w:hAnsi="Arial" w:cs="Arial"/>
              </w:rPr>
              <w:t>*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D8C6CF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10.2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4F954A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10.8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1F2A87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6.6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AF4400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10.9</w:t>
            </w:r>
          </w:p>
        </w:tc>
      </w:tr>
      <w:tr w:rsidR="00EF0F32" w:rsidRPr="0056605D" w14:paraId="2DB3D353" w14:textId="77777777" w:rsidTr="00AB41E7">
        <w:trPr>
          <w:trHeight w:val="320"/>
        </w:trPr>
        <w:tc>
          <w:tcPr>
            <w:tcW w:w="3600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3F261DF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4A18AEC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(4.9)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45B2A39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(4.2)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86F7FD0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(0.8)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886FD65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(5.3)</w:t>
            </w:r>
          </w:p>
        </w:tc>
      </w:tr>
      <w:tr w:rsidR="00EF0F32" w:rsidRPr="0056605D" w14:paraId="17D88CFF" w14:textId="77777777" w:rsidTr="00AB41E7">
        <w:trPr>
          <w:trHeight w:val="300"/>
        </w:trPr>
        <w:tc>
          <w:tcPr>
            <w:tcW w:w="3600" w:type="dxa"/>
            <w:vMerge w:val="restar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6BEE381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Peru</w:t>
            </w:r>
            <w:r>
              <w:rPr>
                <w:rFonts w:ascii="Arial" w:hAnsi="Arial" w:cs="Arial"/>
              </w:rPr>
              <w:t>*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2AA939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11.7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AAD5FC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8.4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DFFC10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7.1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D5D1A6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11.9</w:t>
            </w:r>
          </w:p>
        </w:tc>
      </w:tr>
      <w:tr w:rsidR="00EF0F32" w:rsidRPr="0056605D" w14:paraId="0EB874F5" w14:textId="77777777" w:rsidTr="00AB41E7">
        <w:trPr>
          <w:trHeight w:val="320"/>
        </w:trPr>
        <w:tc>
          <w:tcPr>
            <w:tcW w:w="3600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9A5D53F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9F2BE16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(7.5)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073108F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(1.6)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94F0B21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(1.6)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86AA7E9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(7.0)</w:t>
            </w:r>
          </w:p>
        </w:tc>
      </w:tr>
      <w:tr w:rsidR="00EF0F32" w:rsidRPr="0056605D" w14:paraId="4AC176A1" w14:textId="77777777" w:rsidTr="00AB41E7">
        <w:trPr>
          <w:trHeight w:val="300"/>
        </w:trPr>
        <w:tc>
          <w:tcPr>
            <w:tcW w:w="3600" w:type="dxa"/>
            <w:vMerge w:val="restar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56B9047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Uruguay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8AD341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17.9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D727D3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14.1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1FA0DF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11.9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6B4EF8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18.5</w:t>
            </w:r>
          </w:p>
        </w:tc>
      </w:tr>
      <w:tr w:rsidR="00EF0F32" w:rsidRPr="0056605D" w14:paraId="62FD7BD1" w14:textId="77777777" w:rsidTr="00AB41E7">
        <w:trPr>
          <w:trHeight w:val="320"/>
        </w:trPr>
        <w:tc>
          <w:tcPr>
            <w:tcW w:w="3600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AF0E5F6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6B308A7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(6.0)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D5FB2EE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(-6.1)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B601A24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(-1.8)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0D7D46F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(4.6)</w:t>
            </w:r>
          </w:p>
        </w:tc>
      </w:tr>
      <w:tr w:rsidR="00304129" w:rsidRPr="0056605D" w14:paraId="79D52363" w14:textId="77777777" w:rsidTr="00E50410">
        <w:trPr>
          <w:trHeight w:val="300"/>
        </w:trPr>
        <w:tc>
          <w:tcPr>
            <w:tcW w:w="3600" w:type="dxa"/>
            <w:vMerge w:val="restar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hideMark/>
          </w:tcPr>
          <w:p w14:paraId="4D0D7884" w14:textId="77777777" w:rsidR="00304129" w:rsidRPr="005262B9" w:rsidRDefault="00304129" w:rsidP="00304129">
            <w:pPr>
              <w:pStyle w:val="Tabletext"/>
              <w:keepLines/>
              <w:jc w:val="left"/>
              <w:rPr>
                <w:rFonts w:ascii="Arial" w:hAnsi="Arial" w:cs="Arial"/>
              </w:rPr>
            </w:pPr>
            <w:r w:rsidRPr="005262B9">
              <w:rPr>
                <w:rFonts w:ascii="Arial" w:hAnsi="Arial" w:cs="Arial"/>
              </w:rPr>
              <w:t>Other Countries without Survey Data***</w:t>
            </w:r>
          </w:p>
          <w:p w14:paraId="3183E46F" w14:textId="06C4F591" w:rsidR="00304129" w:rsidRPr="0056605D" w:rsidRDefault="00304129" w:rsidP="00304129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DF3232" w14:textId="77777777" w:rsidR="00304129" w:rsidRPr="0056605D" w:rsidRDefault="00304129" w:rsidP="00304129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12.2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9560A9" w14:textId="77777777" w:rsidR="00304129" w:rsidRPr="0056605D" w:rsidRDefault="00304129" w:rsidP="00304129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10.2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AA0B95" w14:textId="77777777" w:rsidR="00304129" w:rsidRPr="0056605D" w:rsidRDefault="00304129" w:rsidP="00304129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8B4B51" w14:textId="77777777" w:rsidR="00304129" w:rsidRPr="0056605D" w:rsidRDefault="00304129" w:rsidP="00304129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13.1</w:t>
            </w:r>
          </w:p>
        </w:tc>
      </w:tr>
      <w:tr w:rsidR="00304129" w:rsidRPr="0056605D" w14:paraId="5241E5C2" w14:textId="77777777" w:rsidTr="00E50410">
        <w:trPr>
          <w:trHeight w:val="320"/>
        </w:trPr>
        <w:tc>
          <w:tcPr>
            <w:tcW w:w="3600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00BB7951" w14:textId="77777777" w:rsidR="00304129" w:rsidRPr="0056605D" w:rsidRDefault="00304129" w:rsidP="00304129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329BE91" w14:textId="77777777" w:rsidR="00304129" w:rsidRPr="0056605D" w:rsidRDefault="00304129" w:rsidP="00304129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(7.5)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380859C" w14:textId="77777777" w:rsidR="00304129" w:rsidRPr="0056605D" w:rsidRDefault="00304129" w:rsidP="00304129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(4.4)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4929B35" w14:textId="77777777" w:rsidR="00304129" w:rsidRPr="0056605D" w:rsidRDefault="00304129" w:rsidP="00304129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(0.9)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7592735" w14:textId="77777777" w:rsidR="00304129" w:rsidRPr="0056605D" w:rsidRDefault="00304129" w:rsidP="00304129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(7.8)</w:t>
            </w:r>
          </w:p>
        </w:tc>
      </w:tr>
      <w:tr w:rsidR="00304129" w:rsidRPr="0056605D" w14:paraId="7703EEEA" w14:textId="77777777" w:rsidTr="00E50410">
        <w:trPr>
          <w:trHeight w:val="300"/>
        </w:trPr>
        <w:tc>
          <w:tcPr>
            <w:tcW w:w="3600" w:type="dxa"/>
            <w:vMerge w:val="restar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hideMark/>
          </w:tcPr>
          <w:p w14:paraId="49EB51D4" w14:textId="77777777" w:rsidR="00304129" w:rsidRPr="005262B9" w:rsidRDefault="00304129" w:rsidP="00304129">
            <w:pPr>
              <w:pStyle w:val="Tabletext"/>
              <w:keepLines/>
              <w:jc w:val="left"/>
              <w:rPr>
                <w:rFonts w:ascii="Arial" w:hAnsi="Arial" w:cs="Arial"/>
              </w:rPr>
            </w:pPr>
            <w:r w:rsidRPr="005262B9">
              <w:rPr>
                <w:rFonts w:ascii="Arial" w:hAnsi="Arial" w:cs="Arial"/>
              </w:rPr>
              <w:t>Latin America and the Caribbean (Estimated)</w:t>
            </w:r>
          </w:p>
          <w:p w14:paraId="45182495" w14:textId="18D54CAD" w:rsidR="00304129" w:rsidRPr="0056605D" w:rsidRDefault="00304129" w:rsidP="00304129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40518D" w14:textId="77777777" w:rsidR="00304129" w:rsidRPr="0056605D" w:rsidRDefault="00304129" w:rsidP="00304129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12.2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857DDE" w14:textId="77777777" w:rsidR="00304129" w:rsidRPr="0056605D" w:rsidRDefault="00304129" w:rsidP="00304129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10.2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3A79DA" w14:textId="77777777" w:rsidR="00304129" w:rsidRPr="0056605D" w:rsidRDefault="00304129" w:rsidP="00304129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616F9F" w14:textId="77777777" w:rsidR="00304129" w:rsidRPr="0056605D" w:rsidRDefault="00304129" w:rsidP="00304129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14.1</w:t>
            </w:r>
          </w:p>
        </w:tc>
      </w:tr>
      <w:tr w:rsidR="00EF0F32" w:rsidRPr="0056605D" w14:paraId="1FE1630A" w14:textId="77777777" w:rsidTr="00AB41E7">
        <w:trPr>
          <w:trHeight w:val="300"/>
        </w:trPr>
        <w:tc>
          <w:tcPr>
            <w:tcW w:w="3600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CF18423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8671998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(7.4)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64D9ED4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(4.4)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AD31737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(0.9)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F2E578C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(8.4)</w:t>
            </w:r>
          </w:p>
        </w:tc>
      </w:tr>
    </w:tbl>
    <w:p w14:paraId="24A12D8F" w14:textId="3DFEF67B" w:rsidR="00EF0F32" w:rsidRPr="0056605D" w:rsidRDefault="00EF0F32" w:rsidP="00EF0F32">
      <w:pPr>
        <w:pStyle w:val="Sourcenotes"/>
        <w:spacing w:line="276" w:lineRule="auto"/>
        <w:rPr>
          <w:rFonts w:ascii="Arial" w:hAnsi="Arial" w:cs="Arial"/>
        </w:rPr>
      </w:pPr>
      <w:r w:rsidRPr="00304129">
        <w:rPr>
          <w:rFonts w:ascii="Arial" w:hAnsi="Arial" w:cs="Arial"/>
          <w:sz w:val="16"/>
          <w:szCs w:val="20"/>
        </w:rPr>
        <w:t>Source: see Table 1. Notes: see Tables 1 and A</w:t>
      </w:r>
      <w:r w:rsidR="00304129" w:rsidRPr="00304129">
        <w:rPr>
          <w:rFonts w:ascii="Arial" w:hAnsi="Arial" w:cs="Arial"/>
          <w:sz w:val="16"/>
          <w:szCs w:val="20"/>
        </w:rPr>
        <w:t>4</w:t>
      </w:r>
      <w:r w:rsidRPr="00304129">
        <w:rPr>
          <w:rFonts w:ascii="Arial" w:hAnsi="Arial" w:cs="Arial"/>
          <w:sz w:val="16"/>
          <w:szCs w:val="20"/>
        </w:rPr>
        <w:t>.1.</w:t>
      </w:r>
    </w:p>
    <w:p w14:paraId="54111E00" w14:textId="77777777" w:rsidR="00EF0F32" w:rsidRDefault="00EF0F32" w:rsidP="00EF0F32">
      <w:pPr>
        <w:pStyle w:val="Heading2"/>
      </w:pPr>
    </w:p>
    <w:p w14:paraId="26E467B4" w14:textId="31EDB324" w:rsidR="00304129" w:rsidRPr="00304129" w:rsidRDefault="00304129" w:rsidP="00304129">
      <w:pPr>
        <w:pStyle w:val="Heading2"/>
        <w:rPr>
          <w:b/>
          <w:bCs/>
        </w:rPr>
      </w:pPr>
      <w:r>
        <w:rPr>
          <w:b/>
          <w:bCs/>
        </w:rPr>
        <w:t xml:space="preserve">Annex </w:t>
      </w:r>
      <w:r>
        <w:rPr>
          <w:b/>
          <w:bCs/>
        </w:rPr>
        <w:t>5</w:t>
      </w:r>
      <w:r>
        <w:rPr>
          <w:b/>
          <w:bCs/>
        </w:rPr>
        <w:t xml:space="preserve">. </w:t>
      </w:r>
      <w:r>
        <w:rPr>
          <w:b/>
          <w:bCs/>
        </w:rPr>
        <w:t>Sensitivity analysis</w:t>
      </w:r>
    </w:p>
    <w:p w14:paraId="763013FC" w14:textId="73B4F8A3" w:rsidR="00EF0F32" w:rsidRPr="00304129" w:rsidRDefault="00EF0F32" w:rsidP="00EF0F32">
      <w:pPr>
        <w:pStyle w:val="Heading3"/>
        <w:rPr>
          <w:rFonts w:ascii="Aptos" w:hAnsi="Aptos"/>
        </w:rPr>
      </w:pPr>
      <w:r w:rsidRPr="00304129">
        <w:rPr>
          <w:rFonts w:ascii="Aptos" w:hAnsi="Aptos"/>
        </w:rPr>
        <w:t xml:space="preserve">Alternative threshold for the definition of caregiver (weekly hours </w:t>
      </w:r>
      <w:r w:rsidRPr="00304129">
        <w:rPr>
          <w:rFonts w:ascii="Aptos" w:eastAsia="Symbol" w:hAnsi="Aptos" w:cs="Symbol"/>
        </w:rPr>
        <w:sym w:font="Symbol" w:char="F0B3"/>
      </w:r>
      <w:r w:rsidRPr="00304129">
        <w:rPr>
          <w:rFonts w:ascii="Aptos" w:hAnsi="Aptos"/>
        </w:rPr>
        <w:t xml:space="preserve"> 2)</w:t>
      </w:r>
    </w:p>
    <w:p w14:paraId="2D7BA97A" w14:textId="43B0DC33" w:rsidR="00EF0F32" w:rsidRDefault="00EF0F32" w:rsidP="00EF0F32">
      <w:pPr>
        <w:pStyle w:val="Caption"/>
      </w:pPr>
      <w:r>
        <w:t>Table A</w:t>
      </w:r>
      <w:r w:rsidR="00304129">
        <w:t>5</w:t>
      </w:r>
      <w:r>
        <w:t xml:space="preserve">.1. </w:t>
      </w:r>
      <w:r w:rsidR="00304129" w:rsidRPr="005262B9">
        <w:t>Number of Caregivers (Thousands) and Share of Women (%, in Parentheses), by Country and Type of Recipient</w:t>
      </w:r>
      <w:r w:rsidR="00304129" w:rsidRPr="0056605D">
        <w:t xml:space="preserve"> </w:t>
      </w:r>
      <w:r>
        <w:t>(</w:t>
      </w:r>
      <w:r w:rsidR="00304129">
        <w:t>R</w:t>
      </w:r>
      <w:r>
        <w:t xml:space="preserve">eplication of Table 2, with </w:t>
      </w:r>
      <w:r w:rsidR="00304129">
        <w:t>T</w:t>
      </w:r>
      <w:r>
        <w:t xml:space="preserve">hreshold for </w:t>
      </w:r>
      <w:r w:rsidR="00304129">
        <w:t>C</w:t>
      </w:r>
      <w:r>
        <w:t xml:space="preserve">aregiving </w:t>
      </w:r>
      <w:r w:rsidR="00304129">
        <w:t>B</w:t>
      </w:r>
      <w:r>
        <w:t xml:space="preserve">eing at </w:t>
      </w:r>
      <w:r w:rsidR="00304129">
        <w:t>L</w:t>
      </w:r>
      <w:r>
        <w:t xml:space="preserve">east 2 </w:t>
      </w:r>
      <w:r w:rsidR="00304129">
        <w:t>W</w:t>
      </w:r>
      <w:r>
        <w:t xml:space="preserve">eekly </w:t>
      </w:r>
      <w:r w:rsidR="00304129">
        <w:t>H</w:t>
      </w:r>
      <w:r>
        <w:t xml:space="preserve">ours of </w:t>
      </w:r>
      <w:r w:rsidR="00304129">
        <w:t>D</w:t>
      </w:r>
      <w:r>
        <w:t xml:space="preserve">irect </w:t>
      </w:r>
      <w:r w:rsidR="00304129">
        <w:t>C</w:t>
      </w:r>
      <w:r>
        <w:t>are)</w:t>
      </w:r>
    </w:p>
    <w:p w14:paraId="7C217B9E" w14:textId="77777777" w:rsidR="00EF0F32" w:rsidRPr="006E7F7A" w:rsidRDefault="00EF0F32" w:rsidP="00EF0F32"/>
    <w:tbl>
      <w:tblPr>
        <w:tblW w:w="8922" w:type="dxa"/>
        <w:tblLook w:val="04A0" w:firstRow="1" w:lastRow="0" w:firstColumn="1" w:lastColumn="0" w:noHBand="0" w:noVBand="1"/>
      </w:tblPr>
      <w:tblGrid>
        <w:gridCol w:w="3600"/>
        <w:gridCol w:w="1260"/>
        <w:gridCol w:w="1368"/>
        <w:gridCol w:w="1512"/>
        <w:gridCol w:w="1182"/>
      </w:tblGrid>
      <w:tr w:rsidR="00304129" w:rsidRPr="0056605D" w14:paraId="4B4FA82D" w14:textId="77777777" w:rsidTr="00AB41E7">
        <w:trPr>
          <w:trHeight w:val="320"/>
        </w:trPr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B90557C" w14:textId="77777777" w:rsidR="00304129" w:rsidRPr="0056605D" w:rsidRDefault="00304129" w:rsidP="00304129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  <w:r w:rsidRPr="0056605D">
              <w:rPr>
                <w:rFonts w:ascii="Arial" w:hAnsi="Arial" w:cs="Arial"/>
              </w:rPr>
              <w:t> </w:t>
            </w:r>
          </w:p>
        </w:tc>
        <w:tc>
          <w:tcPr>
            <w:tcW w:w="53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B2C3DE7" w14:textId="55C05678" w:rsidR="00304129" w:rsidRPr="0056605D" w:rsidRDefault="00304129" w:rsidP="00304129">
            <w:pPr>
              <w:pStyle w:val="Tabletext"/>
              <w:spacing w:line="276" w:lineRule="auto"/>
              <w:jc w:val="center"/>
              <w:rPr>
                <w:rFonts w:ascii="Arial" w:hAnsi="Arial" w:cs="Arial"/>
              </w:rPr>
            </w:pPr>
            <w:r w:rsidRPr="0056605D">
              <w:rPr>
                <w:rFonts w:ascii="Arial" w:hAnsi="Arial" w:cs="Arial"/>
              </w:rPr>
              <w:t xml:space="preserve">Type of </w:t>
            </w:r>
            <w:r>
              <w:rPr>
                <w:rFonts w:ascii="Arial" w:hAnsi="Arial" w:cs="Arial"/>
              </w:rPr>
              <w:t>C</w:t>
            </w:r>
            <w:r w:rsidRPr="0056605D">
              <w:rPr>
                <w:rFonts w:ascii="Arial" w:hAnsi="Arial" w:cs="Arial"/>
              </w:rPr>
              <w:t xml:space="preserve">are </w:t>
            </w:r>
            <w:r>
              <w:rPr>
                <w:rFonts w:ascii="Arial" w:hAnsi="Arial" w:cs="Arial"/>
              </w:rPr>
              <w:t>R</w:t>
            </w:r>
            <w:r w:rsidRPr="0056605D">
              <w:rPr>
                <w:rFonts w:ascii="Arial" w:hAnsi="Arial" w:cs="Arial"/>
              </w:rPr>
              <w:t>ecipient</w:t>
            </w:r>
          </w:p>
        </w:tc>
      </w:tr>
      <w:tr w:rsidR="00EF0F32" w:rsidRPr="0056605D" w14:paraId="48216C7E" w14:textId="77777777" w:rsidTr="00AB41E7">
        <w:trPr>
          <w:trHeight w:val="493"/>
        </w:trPr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9F39758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  <w:r w:rsidRPr="0056605D">
              <w:rPr>
                <w:rFonts w:ascii="Arial" w:hAnsi="Arial" w:cs="Arial"/>
              </w:rPr>
              <w:t>Country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101F25F" w14:textId="77777777" w:rsidR="00EF0F32" w:rsidRPr="00C36EF0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Children</w:t>
            </w:r>
          </w:p>
          <w:p w14:paraId="62BBF376" w14:textId="138C3FB7" w:rsidR="00EF0F32" w:rsidRPr="000D0B80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(</w:t>
            </w:r>
            <w:r w:rsidR="00304129">
              <w:rPr>
                <w:rFonts w:ascii="Arial" w:hAnsi="Arial" w:cs="Arial"/>
              </w:rPr>
              <w:t>A</w:t>
            </w:r>
            <w:r w:rsidRPr="00C36EF0">
              <w:rPr>
                <w:rFonts w:ascii="Arial" w:hAnsi="Arial" w:cs="Arial"/>
              </w:rPr>
              <w:t>ge &lt;15)</w:t>
            </w:r>
            <w:r w:rsidRPr="0027723A">
              <w:rPr>
                <w:rFonts w:ascii="Arial" w:hAnsi="Arial" w:cs="Arial"/>
                <w:vertAlign w:val="superscript"/>
              </w:rPr>
              <w:t>a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77E49C" w14:textId="5C5BA049" w:rsidR="00EF0F32" w:rsidRPr="00C36EF0" w:rsidRDefault="00304129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Persons with Disabilities</w:t>
            </w:r>
          </w:p>
          <w:p w14:paraId="158A2059" w14:textId="05F0A465" w:rsidR="00EF0F32" w:rsidRPr="000D0B80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(</w:t>
            </w:r>
            <w:r w:rsidR="00304129">
              <w:rPr>
                <w:rFonts w:ascii="Arial" w:hAnsi="Arial" w:cs="Arial"/>
              </w:rPr>
              <w:t>A</w:t>
            </w:r>
            <w:r w:rsidRPr="00C36EF0">
              <w:rPr>
                <w:rFonts w:ascii="Arial" w:hAnsi="Arial" w:cs="Arial"/>
              </w:rPr>
              <w:t>ge 15-</w:t>
            </w:r>
            <w:proofErr w:type="gramStart"/>
            <w:r w:rsidRPr="00C36EF0">
              <w:rPr>
                <w:rFonts w:ascii="Arial" w:hAnsi="Arial" w:cs="Arial"/>
              </w:rPr>
              <w:t>64)</w:t>
            </w:r>
            <w:r w:rsidRPr="0027723A">
              <w:rPr>
                <w:rFonts w:ascii="Arial" w:hAnsi="Arial" w:cs="Arial"/>
                <w:vertAlign w:val="superscript"/>
              </w:rPr>
              <w:t>b</w:t>
            </w:r>
            <w:proofErr w:type="gramEnd"/>
            <w:r w:rsidRPr="00C36EF0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F07AA7B" w14:textId="6CC7472D" w:rsidR="00EF0F32" w:rsidRPr="000D0B80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 xml:space="preserve">Older </w:t>
            </w:r>
            <w:r w:rsidR="00304129">
              <w:rPr>
                <w:rFonts w:ascii="Arial" w:hAnsi="Arial" w:cs="Arial"/>
              </w:rPr>
              <w:t>P</w:t>
            </w:r>
            <w:r w:rsidRPr="00C36EF0">
              <w:rPr>
                <w:rFonts w:ascii="Arial" w:hAnsi="Arial" w:cs="Arial"/>
              </w:rPr>
              <w:t>eople (</w:t>
            </w:r>
            <w:r w:rsidR="00304129">
              <w:rPr>
                <w:rFonts w:ascii="Arial" w:hAnsi="Arial" w:cs="Arial"/>
              </w:rPr>
              <w:t>A</w:t>
            </w:r>
            <w:r w:rsidRPr="00C36EF0">
              <w:rPr>
                <w:rFonts w:ascii="Arial" w:hAnsi="Arial" w:cs="Arial"/>
              </w:rPr>
              <w:t xml:space="preserve">ge </w:t>
            </w:r>
            <w:r>
              <w:rPr>
                <w:rFonts w:ascii="Arial" w:hAnsi="Arial" w:cs="Arial"/>
              </w:rPr>
              <w:t>≥</w:t>
            </w:r>
            <w:proofErr w:type="gramStart"/>
            <w:r w:rsidRPr="00C36EF0">
              <w:rPr>
                <w:rFonts w:ascii="Arial" w:hAnsi="Arial" w:cs="Arial"/>
              </w:rPr>
              <w:t>65)</w:t>
            </w:r>
            <w:r>
              <w:rPr>
                <w:rFonts w:ascii="Arial" w:hAnsi="Arial" w:cs="Arial"/>
                <w:vertAlign w:val="superscript"/>
              </w:rPr>
              <w:t>c</w:t>
            </w:r>
            <w:proofErr w:type="gramEnd"/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4241AB6" w14:textId="77777777" w:rsidR="00EF0F32" w:rsidRPr="000D0B80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proofErr w:type="spellStart"/>
            <w:r w:rsidRPr="00C36EF0">
              <w:rPr>
                <w:rFonts w:ascii="Arial" w:hAnsi="Arial" w:cs="Arial"/>
              </w:rPr>
              <w:t>Total</w:t>
            </w:r>
            <w:r w:rsidRPr="00737095">
              <w:rPr>
                <w:rFonts w:ascii="Arial" w:hAnsi="Arial" w:cs="Arial"/>
                <w:vertAlign w:val="superscript"/>
              </w:rPr>
              <w:t>d</w:t>
            </w:r>
            <w:proofErr w:type="spellEnd"/>
            <w:r w:rsidRPr="00C36EF0">
              <w:rPr>
                <w:rFonts w:ascii="Arial" w:hAnsi="Arial" w:cs="Arial"/>
              </w:rPr>
              <w:t> </w:t>
            </w:r>
          </w:p>
        </w:tc>
      </w:tr>
      <w:tr w:rsidR="00EF0F32" w:rsidRPr="0056605D" w14:paraId="29730BF2" w14:textId="77777777" w:rsidTr="00AB41E7">
        <w:trPr>
          <w:trHeight w:val="300"/>
        </w:trPr>
        <w:tc>
          <w:tcPr>
            <w:tcW w:w="3600" w:type="dxa"/>
            <w:vMerge w:val="restar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54BF657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Argentina</w:t>
            </w:r>
            <w:r>
              <w:rPr>
                <w:rFonts w:ascii="Arial" w:hAnsi="Arial" w:cs="Arial"/>
              </w:rPr>
              <w:t>*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3635E9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5,280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BED800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716638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1,096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6B539A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5,903</w:t>
            </w:r>
          </w:p>
        </w:tc>
      </w:tr>
      <w:tr w:rsidR="00EF0F32" w:rsidRPr="0056605D" w14:paraId="75CFCDA5" w14:textId="77777777" w:rsidTr="00AB41E7">
        <w:trPr>
          <w:trHeight w:val="320"/>
        </w:trPr>
        <w:tc>
          <w:tcPr>
            <w:tcW w:w="3600" w:type="dxa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D9E03F4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20A7497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(67%)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627B39A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(65%)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C21E042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(60%)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AA4F821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(66%)</w:t>
            </w:r>
          </w:p>
        </w:tc>
      </w:tr>
      <w:tr w:rsidR="00EF0F32" w:rsidRPr="0056605D" w14:paraId="13653A1A" w14:textId="77777777" w:rsidTr="00AB41E7">
        <w:trPr>
          <w:trHeight w:val="300"/>
        </w:trPr>
        <w:tc>
          <w:tcPr>
            <w:tcW w:w="3600" w:type="dxa"/>
            <w:vMerge w:val="restar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01133F8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Brazil</w:t>
            </w:r>
            <w:r>
              <w:rPr>
                <w:rFonts w:ascii="Arial" w:hAnsi="Arial" w:cs="Arial"/>
              </w:rPr>
              <w:t xml:space="preserve">** 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0382B0" w14:textId="77777777" w:rsidR="00EF0F32" w:rsidRPr="00F93FF2" w:rsidRDefault="00EF0F32" w:rsidP="00AB41E7">
            <w:pPr>
              <w:pStyle w:val="Tabletext"/>
              <w:spacing w:line="276" w:lineRule="auto"/>
              <w:rPr>
                <w:rFonts w:ascii="Arial" w:hAnsi="Arial" w:cs="Arial"/>
                <w:color w:val="EE0000"/>
              </w:rPr>
            </w:pPr>
            <w:r>
              <w:rPr>
                <w:rFonts w:ascii="Arial" w:hAnsi="Arial" w:cs="Arial"/>
              </w:rPr>
              <w:t>41,945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B992B8" w14:textId="77777777" w:rsidR="00EF0F32" w:rsidRPr="00F93FF2" w:rsidRDefault="00EF0F32" w:rsidP="00AB41E7">
            <w:pPr>
              <w:pStyle w:val="Tabletext"/>
              <w:spacing w:line="276" w:lineRule="auto"/>
              <w:rPr>
                <w:rFonts w:ascii="Arial" w:hAnsi="Arial" w:cs="Arial"/>
                <w:color w:val="EE0000"/>
              </w:rPr>
            </w:pPr>
            <w:r>
              <w:rPr>
                <w:rFonts w:ascii="Arial" w:hAnsi="Arial" w:cs="Arial"/>
              </w:rPr>
              <w:t>9,622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3E958E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8,571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FC340B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54,544</w:t>
            </w:r>
          </w:p>
        </w:tc>
      </w:tr>
      <w:tr w:rsidR="00EF0F32" w:rsidRPr="0056605D" w14:paraId="0BDF921D" w14:textId="77777777" w:rsidTr="00AB41E7">
        <w:trPr>
          <w:trHeight w:val="320"/>
        </w:trPr>
        <w:tc>
          <w:tcPr>
            <w:tcW w:w="3600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D72C273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69A88CD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(62%)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17EDDD8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(63%)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B1151E1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(61%)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27EF73B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(61%)</w:t>
            </w:r>
          </w:p>
        </w:tc>
      </w:tr>
      <w:tr w:rsidR="00EF0F32" w:rsidRPr="0056605D" w14:paraId="30EA8915" w14:textId="77777777" w:rsidTr="00AB41E7">
        <w:trPr>
          <w:trHeight w:val="300"/>
        </w:trPr>
        <w:tc>
          <w:tcPr>
            <w:tcW w:w="3600" w:type="dxa"/>
            <w:vMerge w:val="restar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AF529CB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Chile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51209F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4,066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5D3F5E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1,022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54B731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754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049590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4,227</w:t>
            </w:r>
          </w:p>
        </w:tc>
      </w:tr>
      <w:tr w:rsidR="00EF0F32" w:rsidRPr="0056605D" w14:paraId="08BCE69F" w14:textId="77777777" w:rsidTr="00AB41E7">
        <w:trPr>
          <w:trHeight w:val="320"/>
        </w:trPr>
        <w:tc>
          <w:tcPr>
            <w:tcW w:w="3600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099C751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6803C5B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(64%)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0981EF0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(64%)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6E7B9A5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(58%)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2C9F4B1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(62%)</w:t>
            </w:r>
          </w:p>
        </w:tc>
      </w:tr>
      <w:tr w:rsidR="00EF0F32" w:rsidRPr="0056605D" w14:paraId="0269F2E9" w14:textId="77777777" w:rsidTr="00AB41E7">
        <w:trPr>
          <w:trHeight w:val="300"/>
        </w:trPr>
        <w:tc>
          <w:tcPr>
            <w:tcW w:w="3600" w:type="dxa"/>
            <w:vMerge w:val="restar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1E81DB4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Colombia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C86838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6,008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53006A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133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43B4B5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276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784132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6,368</w:t>
            </w:r>
          </w:p>
        </w:tc>
      </w:tr>
      <w:tr w:rsidR="00EF0F32" w:rsidRPr="0056605D" w14:paraId="1300EF45" w14:textId="77777777" w:rsidTr="00AB41E7">
        <w:trPr>
          <w:trHeight w:val="320"/>
        </w:trPr>
        <w:tc>
          <w:tcPr>
            <w:tcW w:w="3600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5987CA8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5F312B9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(73%)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9221DF2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(75%)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CE3A57B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(75%)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4502DFD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(73%)</w:t>
            </w:r>
          </w:p>
        </w:tc>
      </w:tr>
      <w:tr w:rsidR="00EF0F32" w:rsidRPr="0056605D" w14:paraId="07D7393E" w14:textId="77777777" w:rsidTr="00AB41E7">
        <w:trPr>
          <w:trHeight w:val="300"/>
        </w:trPr>
        <w:tc>
          <w:tcPr>
            <w:tcW w:w="3600" w:type="dxa"/>
            <w:vMerge w:val="restar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5E7F1ED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Costa Rica</w:t>
            </w: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38CBFE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985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F6A045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6F5E77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114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87EE8B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1,014</w:t>
            </w:r>
          </w:p>
        </w:tc>
      </w:tr>
      <w:tr w:rsidR="00EF0F32" w:rsidRPr="0056605D" w14:paraId="49A6DFBD" w14:textId="77777777" w:rsidTr="00AB41E7">
        <w:trPr>
          <w:trHeight w:val="320"/>
        </w:trPr>
        <w:tc>
          <w:tcPr>
            <w:tcW w:w="3600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6BBC4D4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C7AF9E4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(65%)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4D189DB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(55%)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5A24ADD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(67%)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E1EAB86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(64%)</w:t>
            </w:r>
          </w:p>
        </w:tc>
      </w:tr>
      <w:tr w:rsidR="00EF0F32" w:rsidRPr="0056605D" w14:paraId="45F835C0" w14:textId="77777777" w:rsidTr="00AB41E7">
        <w:trPr>
          <w:trHeight w:val="300"/>
        </w:trPr>
        <w:tc>
          <w:tcPr>
            <w:tcW w:w="3600" w:type="dxa"/>
            <w:vMerge w:val="restar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1E22802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El Salvador</w:t>
            </w:r>
            <w:r>
              <w:rPr>
                <w:rFonts w:ascii="Arial" w:hAnsi="Arial" w:cs="Arial"/>
              </w:rPr>
              <w:t>*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25A01A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841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7BFB4F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64D4E7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443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48552B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847</w:t>
            </w:r>
          </w:p>
        </w:tc>
      </w:tr>
      <w:tr w:rsidR="00EF0F32" w:rsidRPr="0056605D" w14:paraId="648A52EB" w14:textId="77777777" w:rsidTr="00AB41E7">
        <w:trPr>
          <w:trHeight w:val="320"/>
        </w:trPr>
        <w:tc>
          <w:tcPr>
            <w:tcW w:w="3600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E32EC80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2A7DDF6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(74%)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CFB230C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(67%)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97C66CA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(57%)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4802EA6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(70%)</w:t>
            </w:r>
          </w:p>
        </w:tc>
      </w:tr>
      <w:tr w:rsidR="00EF0F32" w:rsidRPr="0056605D" w14:paraId="36124F9F" w14:textId="77777777" w:rsidTr="00AB41E7">
        <w:trPr>
          <w:trHeight w:val="300"/>
        </w:trPr>
        <w:tc>
          <w:tcPr>
            <w:tcW w:w="3600" w:type="dxa"/>
            <w:vMerge w:val="restar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99BFF8D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Mexico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A79990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33,871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BB253F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1,368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90A5FF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4,189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3D05BF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33,882</w:t>
            </w:r>
          </w:p>
        </w:tc>
      </w:tr>
      <w:tr w:rsidR="00EF0F32" w:rsidRPr="0056605D" w14:paraId="7E49B5EF" w14:textId="77777777" w:rsidTr="00AB41E7">
        <w:trPr>
          <w:trHeight w:val="320"/>
        </w:trPr>
        <w:tc>
          <w:tcPr>
            <w:tcW w:w="3600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7855B81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2144E69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(67%)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010F738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(62%)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5E920D2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(57%)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B9CED55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(66%)</w:t>
            </w:r>
          </w:p>
        </w:tc>
      </w:tr>
      <w:tr w:rsidR="00EF0F32" w:rsidRPr="0056605D" w14:paraId="3C0A259B" w14:textId="77777777" w:rsidTr="00AB41E7">
        <w:trPr>
          <w:trHeight w:val="300"/>
        </w:trPr>
        <w:tc>
          <w:tcPr>
            <w:tcW w:w="3600" w:type="dxa"/>
            <w:vMerge w:val="restar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CD58CC7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Paraguay</w:t>
            </w:r>
            <w:r>
              <w:rPr>
                <w:rFonts w:ascii="Arial" w:hAnsi="Arial" w:cs="Arial"/>
              </w:rPr>
              <w:t>*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86B157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2,114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4E4AF8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46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9EE94F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136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692DAC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2,201</w:t>
            </w:r>
          </w:p>
        </w:tc>
      </w:tr>
      <w:tr w:rsidR="00EF0F32" w:rsidRPr="0056605D" w14:paraId="74666CA2" w14:textId="77777777" w:rsidTr="00AB41E7">
        <w:trPr>
          <w:trHeight w:val="320"/>
        </w:trPr>
        <w:tc>
          <w:tcPr>
            <w:tcW w:w="3600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C518A64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F370B6D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(63%)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DBE1A0E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(61%)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0FA738A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(59%)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32F308C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(62%)</w:t>
            </w:r>
          </w:p>
        </w:tc>
      </w:tr>
      <w:tr w:rsidR="00EF0F32" w:rsidRPr="0056605D" w14:paraId="3F75176C" w14:textId="77777777" w:rsidTr="00AB41E7">
        <w:trPr>
          <w:trHeight w:val="300"/>
        </w:trPr>
        <w:tc>
          <w:tcPr>
            <w:tcW w:w="3600" w:type="dxa"/>
            <w:vMerge w:val="restar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86273C5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Peru</w:t>
            </w:r>
            <w:r>
              <w:rPr>
                <w:rFonts w:ascii="Arial" w:hAnsi="Arial" w:cs="Arial"/>
              </w:rPr>
              <w:t>*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001C38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9,702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47470A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257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7D3B66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3,187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5CA00F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12,371</w:t>
            </w:r>
          </w:p>
        </w:tc>
      </w:tr>
      <w:tr w:rsidR="00EF0F32" w:rsidRPr="0056605D" w14:paraId="07A07AA9" w14:textId="77777777" w:rsidTr="00AB41E7">
        <w:trPr>
          <w:trHeight w:val="320"/>
        </w:trPr>
        <w:tc>
          <w:tcPr>
            <w:tcW w:w="3600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A105803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00D3366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(65%)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5798E66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(62%)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3589754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(58%)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8B234CE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(63%)</w:t>
            </w:r>
          </w:p>
        </w:tc>
      </w:tr>
      <w:tr w:rsidR="00EF0F32" w:rsidRPr="0056605D" w14:paraId="64E31F04" w14:textId="77777777" w:rsidTr="00AB41E7">
        <w:trPr>
          <w:trHeight w:val="300"/>
        </w:trPr>
        <w:tc>
          <w:tcPr>
            <w:tcW w:w="3600" w:type="dxa"/>
            <w:vMerge w:val="restar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28E653C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Uruguay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CE7F59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538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F836EC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5FE169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99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5765A4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617</w:t>
            </w:r>
          </w:p>
        </w:tc>
      </w:tr>
      <w:tr w:rsidR="00EF0F32" w:rsidRPr="0056605D" w14:paraId="6A8A8BE4" w14:textId="77777777" w:rsidTr="00AB41E7">
        <w:trPr>
          <w:trHeight w:val="320"/>
        </w:trPr>
        <w:tc>
          <w:tcPr>
            <w:tcW w:w="3600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829BF81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4A4BD02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(66%)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EF3ED62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(70%)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EE6CBF4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(63%)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72B1327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(65%)</w:t>
            </w:r>
          </w:p>
        </w:tc>
      </w:tr>
      <w:tr w:rsidR="00304129" w:rsidRPr="0056605D" w14:paraId="22883E6A" w14:textId="77777777" w:rsidTr="0056144F">
        <w:trPr>
          <w:trHeight w:val="300"/>
        </w:trPr>
        <w:tc>
          <w:tcPr>
            <w:tcW w:w="3600" w:type="dxa"/>
            <w:vMerge w:val="restar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hideMark/>
          </w:tcPr>
          <w:p w14:paraId="751ACDD3" w14:textId="77777777" w:rsidR="00304129" w:rsidRPr="005262B9" w:rsidRDefault="00304129" w:rsidP="00304129">
            <w:pPr>
              <w:pStyle w:val="Tabletext"/>
              <w:keepLines/>
              <w:jc w:val="left"/>
              <w:rPr>
                <w:rFonts w:ascii="Arial" w:hAnsi="Arial" w:cs="Arial"/>
              </w:rPr>
            </w:pPr>
            <w:r w:rsidRPr="005262B9">
              <w:rPr>
                <w:rFonts w:ascii="Arial" w:hAnsi="Arial" w:cs="Arial"/>
              </w:rPr>
              <w:t>Other Countries without Survey Data***</w:t>
            </w:r>
          </w:p>
          <w:p w14:paraId="6025AA07" w14:textId="4000ADDD" w:rsidR="00304129" w:rsidRPr="0056605D" w:rsidRDefault="00304129" w:rsidP="00304129">
            <w:pPr>
              <w:pStyle w:val="Tabletext"/>
              <w:spacing w:line="276" w:lineRule="auto"/>
              <w:jc w:val="left"/>
              <w:rPr>
                <w:rFonts w:ascii="Arial" w:hAnsi="Arial" w:cs="Arial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F8C695" w14:textId="77777777" w:rsidR="00304129" w:rsidRPr="0056605D" w:rsidRDefault="00304129" w:rsidP="00304129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35,794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E6F528" w14:textId="77777777" w:rsidR="00304129" w:rsidRPr="0056605D" w:rsidRDefault="00304129" w:rsidP="00304129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1,317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57CDC2" w14:textId="77777777" w:rsidR="00304129" w:rsidRPr="0056605D" w:rsidRDefault="00304129" w:rsidP="00304129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3,666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7D573B" w14:textId="77777777" w:rsidR="00304129" w:rsidRPr="0056605D" w:rsidRDefault="00304129" w:rsidP="00304129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38,799</w:t>
            </w:r>
          </w:p>
        </w:tc>
      </w:tr>
      <w:tr w:rsidR="00304129" w:rsidRPr="0056605D" w14:paraId="3F7A7E82" w14:textId="77777777" w:rsidTr="0056144F">
        <w:trPr>
          <w:trHeight w:val="320"/>
        </w:trPr>
        <w:tc>
          <w:tcPr>
            <w:tcW w:w="3600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5FCF2306" w14:textId="77777777" w:rsidR="00304129" w:rsidRPr="0056605D" w:rsidRDefault="00304129" w:rsidP="00304129">
            <w:pPr>
              <w:pStyle w:val="Tabletext"/>
              <w:spacing w:line="276" w:lineRule="auto"/>
              <w:jc w:val="left"/>
              <w:rPr>
                <w:rFonts w:ascii="Arial" w:hAnsi="Arial" w:cs="Aria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87F9810" w14:textId="77777777" w:rsidR="00304129" w:rsidRPr="0056605D" w:rsidRDefault="00304129" w:rsidP="00304129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(65%)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1F97375" w14:textId="77777777" w:rsidR="00304129" w:rsidRPr="0056605D" w:rsidRDefault="00304129" w:rsidP="00304129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(63%)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9CF1A96" w14:textId="77777777" w:rsidR="00304129" w:rsidRPr="0056605D" w:rsidRDefault="00304129" w:rsidP="00304129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(60%)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93BA01E" w14:textId="77777777" w:rsidR="00304129" w:rsidRPr="0056605D" w:rsidRDefault="00304129" w:rsidP="00304129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(64%)</w:t>
            </w:r>
          </w:p>
        </w:tc>
      </w:tr>
      <w:tr w:rsidR="00304129" w:rsidRPr="0056605D" w14:paraId="3C512E99" w14:textId="77777777" w:rsidTr="0056144F">
        <w:trPr>
          <w:trHeight w:val="300"/>
        </w:trPr>
        <w:tc>
          <w:tcPr>
            <w:tcW w:w="3600" w:type="dxa"/>
            <w:vMerge w:val="restar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hideMark/>
          </w:tcPr>
          <w:p w14:paraId="470D2BCF" w14:textId="77777777" w:rsidR="00304129" w:rsidRPr="005262B9" w:rsidRDefault="00304129" w:rsidP="00304129">
            <w:pPr>
              <w:pStyle w:val="Tabletext"/>
              <w:keepLines/>
              <w:jc w:val="left"/>
              <w:rPr>
                <w:rFonts w:ascii="Arial" w:hAnsi="Arial" w:cs="Arial"/>
              </w:rPr>
            </w:pPr>
            <w:r w:rsidRPr="005262B9">
              <w:rPr>
                <w:rFonts w:ascii="Arial" w:hAnsi="Arial" w:cs="Arial"/>
              </w:rPr>
              <w:t>Latin America and the Caribbean (Estimated)</w:t>
            </w:r>
          </w:p>
          <w:p w14:paraId="5954125F" w14:textId="20570FFD" w:rsidR="00304129" w:rsidRPr="0056605D" w:rsidRDefault="00304129" w:rsidP="00304129">
            <w:pPr>
              <w:pStyle w:val="Tabletext"/>
              <w:spacing w:line="276" w:lineRule="auto"/>
              <w:jc w:val="left"/>
              <w:rPr>
                <w:rFonts w:ascii="Arial" w:hAnsi="Arial" w:cs="Arial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51BBDA" w14:textId="77777777" w:rsidR="00304129" w:rsidRPr="0056605D" w:rsidRDefault="00304129" w:rsidP="00304129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141,144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A05EE8" w14:textId="77777777" w:rsidR="00304129" w:rsidRPr="0056605D" w:rsidRDefault="00304129" w:rsidP="00304129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14,018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65B369" w14:textId="77777777" w:rsidR="00304129" w:rsidRPr="0056605D" w:rsidRDefault="00304129" w:rsidP="00304129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22,531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A0A7C5" w14:textId="77777777" w:rsidR="00304129" w:rsidRPr="0056605D" w:rsidRDefault="00304129" w:rsidP="00304129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160,774</w:t>
            </w:r>
          </w:p>
        </w:tc>
      </w:tr>
      <w:tr w:rsidR="00304129" w:rsidRPr="0056605D" w14:paraId="68602277" w14:textId="77777777" w:rsidTr="0056144F">
        <w:trPr>
          <w:trHeight w:val="300"/>
        </w:trPr>
        <w:tc>
          <w:tcPr>
            <w:tcW w:w="3600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11756AFE" w14:textId="77777777" w:rsidR="00304129" w:rsidRPr="0056605D" w:rsidRDefault="00304129" w:rsidP="00304129">
            <w:pPr>
              <w:pStyle w:val="Tabletext"/>
              <w:spacing w:line="276" w:lineRule="auto"/>
              <w:jc w:val="left"/>
              <w:rPr>
                <w:rFonts w:ascii="Arial" w:hAnsi="Arial" w:cs="Aria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09649B8" w14:textId="77777777" w:rsidR="00304129" w:rsidRPr="0056605D" w:rsidRDefault="00304129" w:rsidP="00304129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(63%)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0970192" w14:textId="77777777" w:rsidR="00304129" w:rsidRPr="0056605D" w:rsidRDefault="00304129" w:rsidP="00304129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(61%)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C23FCD4" w14:textId="77777777" w:rsidR="00304129" w:rsidRPr="0056605D" w:rsidRDefault="00304129" w:rsidP="00304129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(59%)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BA73319" w14:textId="77777777" w:rsidR="00304129" w:rsidRPr="0056605D" w:rsidRDefault="00304129" w:rsidP="00304129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(64%)</w:t>
            </w:r>
          </w:p>
        </w:tc>
      </w:tr>
      <w:tr w:rsidR="00304129" w:rsidRPr="0056605D" w14:paraId="75836B8B" w14:textId="77777777" w:rsidTr="0056144F">
        <w:trPr>
          <w:trHeight w:val="320"/>
        </w:trPr>
        <w:tc>
          <w:tcPr>
            <w:tcW w:w="36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4B172E02" w14:textId="15B7E597" w:rsidR="00304129" w:rsidRPr="0056605D" w:rsidRDefault="00304129" w:rsidP="00304129">
            <w:pPr>
              <w:pStyle w:val="Tabletext"/>
              <w:spacing w:line="276" w:lineRule="auto"/>
              <w:jc w:val="left"/>
              <w:rPr>
                <w:rFonts w:ascii="Arial" w:hAnsi="Arial" w:cs="Arial"/>
              </w:rPr>
            </w:pPr>
            <w:r w:rsidRPr="005262B9">
              <w:rPr>
                <w:rFonts w:ascii="Arial" w:hAnsi="Arial" w:cs="Arial"/>
              </w:rPr>
              <w:t>Distribution of Care</w:t>
            </w:r>
            <w:r>
              <w:rPr>
                <w:rFonts w:ascii="Arial" w:hAnsi="Arial" w:cs="Arial"/>
              </w:rPr>
              <w:t xml:space="preserve">givers </w:t>
            </w:r>
            <w:r w:rsidRPr="005262B9">
              <w:rPr>
                <w:rFonts w:ascii="Arial" w:hAnsi="Arial" w:cs="Arial"/>
              </w:rPr>
              <w:t>by Type of Care Recipient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34CE974" w14:textId="77777777" w:rsidR="00304129" w:rsidRPr="0056605D" w:rsidRDefault="00304129" w:rsidP="00304129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88%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8A4E21A" w14:textId="77777777" w:rsidR="00304129" w:rsidRPr="0056605D" w:rsidRDefault="00304129" w:rsidP="00304129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9%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882ECEA" w14:textId="77777777" w:rsidR="00304129" w:rsidRPr="0056605D" w:rsidRDefault="00304129" w:rsidP="00304129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14%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1C7B54F" w14:textId="77777777" w:rsidR="00304129" w:rsidRPr="0056605D" w:rsidRDefault="00304129" w:rsidP="00304129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</w:tbl>
    <w:p w14:paraId="4EF96DCD" w14:textId="1788291D" w:rsidR="00304129" w:rsidRPr="0056605D" w:rsidRDefault="00304129" w:rsidP="00304129">
      <w:pPr>
        <w:pStyle w:val="Sourcenotes"/>
        <w:spacing w:line="276" w:lineRule="auto"/>
        <w:rPr>
          <w:rFonts w:ascii="Arial" w:hAnsi="Arial" w:cs="Arial"/>
        </w:rPr>
      </w:pPr>
      <w:r w:rsidRPr="00304129">
        <w:rPr>
          <w:rFonts w:ascii="Arial" w:hAnsi="Arial" w:cs="Arial"/>
          <w:sz w:val="16"/>
          <w:szCs w:val="20"/>
        </w:rPr>
        <w:t>Source: see Table 1. Notes: see Table</w:t>
      </w:r>
      <w:r>
        <w:rPr>
          <w:rFonts w:ascii="Arial" w:hAnsi="Arial" w:cs="Arial"/>
          <w:sz w:val="16"/>
          <w:szCs w:val="20"/>
        </w:rPr>
        <w:t>s 1 and</w:t>
      </w:r>
      <w:r w:rsidRPr="00304129">
        <w:rPr>
          <w:rFonts w:ascii="Arial" w:hAnsi="Arial" w:cs="Arial"/>
          <w:sz w:val="16"/>
          <w:szCs w:val="20"/>
        </w:rPr>
        <w:t xml:space="preserve"> </w:t>
      </w:r>
      <w:r>
        <w:rPr>
          <w:rFonts w:ascii="Arial" w:hAnsi="Arial" w:cs="Arial"/>
          <w:sz w:val="16"/>
          <w:szCs w:val="20"/>
        </w:rPr>
        <w:t>2</w:t>
      </w:r>
      <w:r w:rsidRPr="00304129">
        <w:rPr>
          <w:rFonts w:ascii="Arial" w:hAnsi="Arial" w:cs="Arial"/>
          <w:sz w:val="16"/>
          <w:szCs w:val="20"/>
        </w:rPr>
        <w:t>.</w:t>
      </w:r>
      <w:r w:rsidRPr="0056605D">
        <w:rPr>
          <w:rFonts w:ascii="Arial" w:hAnsi="Arial" w:cs="Arial"/>
        </w:rPr>
        <w:t xml:space="preserve"> </w:t>
      </w:r>
    </w:p>
    <w:p w14:paraId="16D07CFA" w14:textId="77777777" w:rsidR="00EF0F32" w:rsidRPr="00523B1D" w:rsidRDefault="00EF0F32" w:rsidP="00EF0F32">
      <w:pPr>
        <w:spacing w:after="160" w:line="278" w:lineRule="auto"/>
        <w:rPr>
          <w:rFonts w:ascii="Arial" w:hAnsi="Arial" w:cs="Arial"/>
          <w:b/>
          <w:sz w:val="22"/>
          <w:szCs w:val="22"/>
        </w:rPr>
      </w:pPr>
    </w:p>
    <w:p w14:paraId="57573313" w14:textId="2E59C8CA" w:rsidR="00EF0F32" w:rsidRDefault="00EF0F32" w:rsidP="00EF0F32">
      <w:pPr>
        <w:pStyle w:val="Caption"/>
      </w:pPr>
      <w:r w:rsidRPr="00304129">
        <w:lastRenderedPageBreak/>
        <w:t>Table A</w:t>
      </w:r>
      <w:r w:rsidR="00304129" w:rsidRPr="00304129">
        <w:t>5</w:t>
      </w:r>
      <w:r w:rsidRPr="00304129">
        <w:t xml:space="preserve">.2. </w:t>
      </w:r>
      <w:r w:rsidR="00304129" w:rsidRPr="00304129">
        <w:t xml:space="preserve">Number of Caregivers (Thousands) and Share of Women (%, in Parentheses), by Country and Type of Recipient </w:t>
      </w:r>
      <w:r w:rsidRPr="00304129">
        <w:t>(</w:t>
      </w:r>
      <w:r w:rsidR="00304129" w:rsidRPr="00304129">
        <w:t>R</w:t>
      </w:r>
      <w:r w:rsidR="00304129" w:rsidRPr="00304129">
        <w:t xml:space="preserve">eplication of Table </w:t>
      </w:r>
      <w:r w:rsidR="00304129" w:rsidRPr="00304129">
        <w:t>A4.</w:t>
      </w:r>
      <w:r w:rsidR="00304129" w:rsidRPr="00304129">
        <w:t>2, with Threshold for Caregiving Being at Least 2 Weekly Hours of Direct Care</w:t>
      </w:r>
      <w:r w:rsidRPr="00304129">
        <w:t>)</w:t>
      </w:r>
    </w:p>
    <w:p w14:paraId="474F38D8" w14:textId="77777777" w:rsidR="00EF0F32" w:rsidRPr="006E7F7A" w:rsidRDefault="00EF0F32" w:rsidP="00EF0F32">
      <w:pPr>
        <w:pStyle w:val="Caption"/>
      </w:pPr>
    </w:p>
    <w:tbl>
      <w:tblPr>
        <w:tblW w:w="8922" w:type="dxa"/>
        <w:tblLook w:val="04A0" w:firstRow="1" w:lastRow="0" w:firstColumn="1" w:lastColumn="0" w:noHBand="0" w:noVBand="1"/>
      </w:tblPr>
      <w:tblGrid>
        <w:gridCol w:w="3600"/>
        <w:gridCol w:w="1260"/>
        <w:gridCol w:w="1368"/>
        <w:gridCol w:w="1512"/>
        <w:gridCol w:w="1182"/>
      </w:tblGrid>
      <w:tr w:rsidR="00304129" w:rsidRPr="0056605D" w14:paraId="77DC09E0" w14:textId="77777777" w:rsidTr="00AB41E7">
        <w:trPr>
          <w:trHeight w:val="320"/>
        </w:trPr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544813F" w14:textId="77777777" w:rsidR="00304129" w:rsidRPr="0056605D" w:rsidRDefault="00304129" w:rsidP="00304129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  <w:r w:rsidRPr="0056605D">
              <w:rPr>
                <w:rFonts w:ascii="Arial" w:hAnsi="Arial" w:cs="Arial"/>
              </w:rPr>
              <w:t> </w:t>
            </w:r>
          </w:p>
        </w:tc>
        <w:tc>
          <w:tcPr>
            <w:tcW w:w="53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01F325D" w14:textId="2A0DBB22" w:rsidR="00304129" w:rsidRPr="0056605D" w:rsidRDefault="00304129" w:rsidP="00304129">
            <w:pPr>
              <w:pStyle w:val="Tabletext"/>
              <w:spacing w:line="276" w:lineRule="auto"/>
              <w:jc w:val="center"/>
              <w:rPr>
                <w:rFonts w:ascii="Arial" w:hAnsi="Arial" w:cs="Arial"/>
              </w:rPr>
            </w:pPr>
            <w:r w:rsidRPr="0056605D">
              <w:rPr>
                <w:rFonts w:ascii="Arial" w:hAnsi="Arial" w:cs="Arial"/>
              </w:rPr>
              <w:t xml:space="preserve">Type of </w:t>
            </w:r>
            <w:r>
              <w:rPr>
                <w:rFonts w:ascii="Arial" w:hAnsi="Arial" w:cs="Arial"/>
              </w:rPr>
              <w:t>C</w:t>
            </w:r>
            <w:r w:rsidRPr="0056605D">
              <w:rPr>
                <w:rFonts w:ascii="Arial" w:hAnsi="Arial" w:cs="Arial"/>
              </w:rPr>
              <w:t xml:space="preserve">are </w:t>
            </w:r>
            <w:r>
              <w:rPr>
                <w:rFonts w:ascii="Arial" w:hAnsi="Arial" w:cs="Arial"/>
              </w:rPr>
              <w:t>R</w:t>
            </w:r>
            <w:r w:rsidRPr="0056605D">
              <w:rPr>
                <w:rFonts w:ascii="Arial" w:hAnsi="Arial" w:cs="Arial"/>
              </w:rPr>
              <w:t>ecipient</w:t>
            </w:r>
          </w:p>
        </w:tc>
      </w:tr>
      <w:tr w:rsidR="00EF0F32" w:rsidRPr="0056605D" w14:paraId="021B2FED" w14:textId="77777777" w:rsidTr="00AB41E7">
        <w:trPr>
          <w:trHeight w:val="493"/>
        </w:trPr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F73CC63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  <w:r w:rsidRPr="0056605D">
              <w:rPr>
                <w:rFonts w:ascii="Arial" w:hAnsi="Arial" w:cs="Arial"/>
              </w:rPr>
              <w:t>Country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874CF1A" w14:textId="29FA6F28" w:rsidR="00EF0F32" w:rsidRPr="000D0B80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0D0B80">
              <w:rPr>
                <w:rFonts w:ascii="Arial" w:hAnsi="Arial" w:cs="Arial"/>
              </w:rPr>
              <w:t xml:space="preserve">Children </w:t>
            </w:r>
            <w:r>
              <w:rPr>
                <w:rFonts w:ascii="Arial" w:hAnsi="Arial" w:cs="Arial"/>
              </w:rPr>
              <w:t>without</w:t>
            </w:r>
            <w:r w:rsidRPr="000D0B80">
              <w:rPr>
                <w:rFonts w:ascii="Arial" w:hAnsi="Arial" w:cs="Arial"/>
              </w:rPr>
              <w:t xml:space="preserve"> </w:t>
            </w:r>
            <w:r w:rsidR="00304129">
              <w:rPr>
                <w:rFonts w:ascii="Arial" w:hAnsi="Arial" w:cs="Arial"/>
              </w:rPr>
              <w:t>D</w:t>
            </w:r>
            <w:r w:rsidRPr="000D0B80">
              <w:rPr>
                <w:rFonts w:ascii="Arial" w:hAnsi="Arial" w:cs="Arial"/>
              </w:rPr>
              <w:t>isabilities</w:t>
            </w:r>
          </w:p>
          <w:p w14:paraId="2439E9D2" w14:textId="77777777" w:rsidR="00EF0F32" w:rsidRPr="000D0B80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0D0B80">
              <w:rPr>
                <w:rFonts w:ascii="Arial" w:hAnsi="Arial" w:cs="Arial"/>
              </w:rPr>
              <w:t>(age &lt;15)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CCBDACE" w14:textId="0CB96BC4" w:rsidR="00EF0F32" w:rsidRPr="000D0B80" w:rsidRDefault="00304129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Persons with Disabilities</w:t>
            </w:r>
          </w:p>
          <w:p w14:paraId="1395EF8C" w14:textId="5AC83ED6" w:rsidR="00EF0F32" w:rsidRPr="000D0B80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0D0B80">
              <w:rPr>
                <w:rFonts w:ascii="Arial" w:hAnsi="Arial" w:cs="Arial"/>
              </w:rPr>
              <w:t>(</w:t>
            </w:r>
            <w:r w:rsidR="00304129">
              <w:rPr>
                <w:rFonts w:ascii="Arial" w:hAnsi="Arial" w:cs="Arial"/>
              </w:rPr>
              <w:t>A</w:t>
            </w:r>
            <w:r w:rsidRPr="000D0B80">
              <w:rPr>
                <w:rFonts w:ascii="Arial" w:hAnsi="Arial" w:cs="Arial"/>
              </w:rPr>
              <w:t xml:space="preserve">ll </w:t>
            </w:r>
            <w:r w:rsidR="00304129">
              <w:rPr>
                <w:rFonts w:ascii="Arial" w:hAnsi="Arial" w:cs="Arial"/>
              </w:rPr>
              <w:t>A</w:t>
            </w:r>
            <w:r w:rsidRPr="000D0B80">
              <w:rPr>
                <w:rFonts w:ascii="Arial" w:hAnsi="Arial" w:cs="Arial"/>
              </w:rPr>
              <w:t xml:space="preserve">ges) 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A13981C" w14:textId="33C2D58C" w:rsidR="00EF0F32" w:rsidRPr="000D0B80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0D0B80">
              <w:rPr>
                <w:rFonts w:ascii="Arial" w:hAnsi="Arial" w:cs="Arial"/>
              </w:rPr>
              <w:t xml:space="preserve">Older </w:t>
            </w:r>
            <w:r w:rsidR="00304129">
              <w:rPr>
                <w:rFonts w:ascii="Arial" w:hAnsi="Arial" w:cs="Arial"/>
              </w:rPr>
              <w:t>P</w:t>
            </w:r>
            <w:r w:rsidRPr="000D0B80">
              <w:rPr>
                <w:rFonts w:ascii="Arial" w:hAnsi="Arial" w:cs="Arial"/>
              </w:rPr>
              <w:t xml:space="preserve">eople </w:t>
            </w:r>
            <w:r>
              <w:rPr>
                <w:rFonts w:ascii="Arial" w:hAnsi="Arial" w:cs="Arial"/>
              </w:rPr>
              <w:t>without</w:t>
            </w:r>
            <w:r w:rsidRPr="000D0B80">
              <w:rPr>
                <w:rFonts w:ascii="Arial" w:hAnsi="Arial" w:cs="Arial"/>
              </w:rPr>
              <w:t xml:space="preserve"> </w:t>
            </w:r>
            <w:r w:rsidR="00304129">
              <w:rPr>
                <w:rFonts w:ascii="Arial" w:hAnsi="Arial" w:cs="Arial"/>
              </w:rPr>
              <w:t>D</w:t>
            </w:r>
            <w:r w:rsidRPr="000D0B80">
              <w:rPr>
                <w:rFonts w:ascii="Arial" w:hAnsi="Arial" w:cs="Arial"/>
              </w:rPr>
              <w:t>isabilities</w:t>
            </w:r>
          </w:p>
          <w:p w14:paraId="5CBF6A99" w14:textId="77777777" w:rsidR="00EF0F32" w:rsidRPr="000D0B80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0D0B80">
              <w:rPr>
                <w:rFonts w:ascii="Arial" w:hAnsi="Arial" w:cs="Arial"/>
              </w:rPr>
              <w:t xml:space="preserve">(age </w:t>
            </w:r>
            <w:r>
              <w:rPr>
                <w:rFonts w:ascii="Arial" w:hAnsi="Arial" w:cs="Arial"/>
              </w:rPr>
              <w:t>≥</w:t>
            </w:r>
            <w:r w:rsidRPr="000D0B80">
              <w:rPr>
                <w:rFonts w:ascii="Arial" w:hAnsi="Arial" w:cs="Arial"/>
              </w:rPr>
              <w:t>65)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6695629" w14:textId="77777777" w:rsidR="00EF0F32" w:rsidRPr="000D0B80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proofErr w:type="spellStart"/>
            <w:r w:rsidRPr="000D0B80">
              <w:rPr>
                <w:rFonts w:ascii="Arial" w:hAnsi="Arial" w:cs="Arial"/>
              </w:rPr>
              <w:t>Total</w:t>
            </w:r>
            <w:r w:rsidRPr="002A3D30">
              <w:rPr>
                <w:rFonts w:ascii="Arial" w:hAnsi="Arial" w:cs="Arial"/>
                <w:vertAlign w:val="superscript"/>
              </w:rPr>
              <w:t>d</w:t>
            </w:r>
            <w:proofErr w:type="spellEnd"/>
            <w:r w:rsidRPr="000D0B80">
              <w:rPr>
                <w:rFonts w:ascii="Arial" w:hAnsi="Arial" w:cs="Arial"/>
              </w:rPr>
              <w:t> </w:t>
            </w:r>
          </w:p>
        </w:tc>
      </w:tr>
      <w:tr w:rsidR="00EF0F32" w:rsidRPr="0056605D" w14:paraId="1D288A72" w14:textId="77777777" w:rsidTr="00AB41E7">
        <w:trPr>
          <w:trHeight w:val="300"/>
        </w:trPr>
        <w:tc>
          <w:tcPr>
            <w:tcW w:w="3600" w:type="dxa"/>
            <w:vMerge w:val="restar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80A4015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Argentina</w:t>
            </w:r>
            <w:r>
              <w:rPr>
                <w:rFonts w:ascii="Arial" w:hAnsi="Arial" w:cs="Arial"/>
              </w:rPr>
              <w:t>*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494D2E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5,081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22CF9A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819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832461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1,018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178A7C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5,903</w:t>
            </w:r>
          </w:p>
        </w:tc>
      </w:tr>
      <w:tr w:rsidR="00EF0F32" w:rsidRPr="0056605D" w14:paraId="4B781121" w14:textId="77777777" w:rsidTr="00AB41E7">
        <w:trPr>
          <w:trHeight w:val="320"/>
        </w:trPr>
        <w:tc>
          <w:tcPr>
            <w:tcW w:w="3600" w:type="dxa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753F142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A5B5382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68%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C9F7699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69%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C959349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60%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1405133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66%</w:t>
            </w:r>
          </w:p>
        </w:tc>
      </w:tr>
      <w:tr w:rsidR="00EF0F32" w:rsidRPr="0056605D" w14:paraId="42DBF541" w14:textId="77777777" w:rsidTr="00AB41E7">
        <w:trPr>
          <w:trHeight w:val="300"/>
        </w:trPr>
        <w:tc>
          <w:tcPr>
            <w:tcW w:w="3600" w:type="dxa"/>
            <w:vMerge w:val="restar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83605B7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Brazil</w:t>
            </w:r>
            <w:r>
              <w:rPr>
                <w:rFonts w:ascii="Arial" w:hAnsi="Arial" w:cs="Arial"/>
              </w:rPr>
              <w:t xml:space="preserve">** </w:t>
            </w:r>
            <w:r w:rsidRPr="0082776B">
              <w:rPr>
                <w:rFonts w:ascii="Arial" w:hAnsi="Arial" w:cs="Arial"/>
                <w:vertAlign w:val="superscript"/>
              </w:rPr>
              <w:t>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861872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41,945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649485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9,622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A29A9D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8,571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12733F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54,544</w:t>
            </w:r>
          </w:p>
        </w:tc>
      </w:tr>
      <w:tr w:rsidR="00EF0F32" w:rsidRPr="0056605D" w14:paraId="3C8CB441" w14:textId="77777777" w:rsidTr="00AB41E7">
        <w:trPr>
          <w:trHeight w:val="320"/>
        </w:trPr>
        <w:tc>
          <w:tcPr>
            <w:tcW w:w="3600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B5C8F64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8F59B75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62%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159D730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63%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EA0ED54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61%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EBDA5C1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61%</w:t>
            </w:r>
          </w:p>
        </w:tc>
      </w:tr>
      <w:tr w:rsidR="00EF0F32" w:rsidRPr="0056605D" w14:paraId="1B5C70CB" w14:textId="77777777" w:rsidTr="00AB41E7">
        <w:trPr>
          <w:trHeight w:val="300"/>
        </w:trPr>
        <w:tc>
          <w:tcPr>
            <w:tcW w:w="3600" w:type="dxa"/>
            <w:vMerge w:val="restar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CEC04F7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Chile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877264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3,852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3C2724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1,558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B66E7C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B98627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4,227</w:t>
            </w:r>
          </w:p>
        </w:tc>
      </w:tr>
      <w:tr w:rsidR="00EF0F32" w:rsidRPr="0056605D" w14:paraId="110C2B0B" w14:textId="77777777" w:rsidTr="00AB41E7">
        <w:trPr>
          <w:trHeight w:val="320"/>
        </w:trPr>
        <w:tc>
          <w:tcPr>
            <w:tcW w:w="3600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45FE16E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D580FF4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64%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668D910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64%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F5BF0FD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58%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538D9E7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62%</w:t>
            </w:r>
          </w:p>
        </w:tc>
      </w:tr>
      <w:tr w:rsidR="00EF0F32" w:rsidRPr="0056605D" w14:paraId="72B461AF" w14:textId="77777777" w:rsidTr="00AB41E7">
        <w:trPr>
          <w:trHeight w:val="300"/>
        </w:trPr>
        <w:tc>
          <w:tcPr>
            <w:tcW w:w="3600" w:type="dxa"/>
            <w:vMerge w:val="restar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ADBFA59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Colombia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1FE866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5,267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235025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1,228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C67309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37E0B5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6,368</w:t>
            </w:r>
          </w:p>
        </w:tc>
      </w:tr>
      <w:tr w:rsidR="00EF0F32" w:rsidRPr="0056605D" w14:paraId="4CB32CD3" w14:textId="77777777" w:rsidTr="00AB41E7">
        <w:trPr>
          <w:trHeight w:val="320"/>
        </w:trPr>
        <w:tc>
          <w:tcPr>
            <w:tcW w:w="3600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D146B64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36895B2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73%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E43BA9C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75%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75AD08F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75%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1FFC848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73%</w:t>
            </w:r>
          </w:p>
        </w:tc>
      </w:tr>
      <w:tr w:rsidR="00EF0F32" w:rsidRPr="0056605D" w14:paraId="77B9AA2C" w14:textId="77777777" w:rsidTr="00AB41E7">
        <w:trPr>
          <w:trHeight w:val="300"/>
        </w:trPr>
        <w:tc>
          <w:tcPr>
            <w:tcW w:w="3600" w:type="dxa"/>
            <w:vMerge w:val="restar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0CB7D1D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Costa Rica</w:t>
            </w:r>
            <w:r>
              <w:rPr>
                <w:rFonts w:ascii="Arial" w:hAnsi="Arial" w:cs="Arial"/>
              </w:rPr>
              <w:t xml:space="preserve"> </w:t>
            </w:r>
            <w:r w:rsidRPr="00ED5EC8">
              <w:rPr>
                <w:rFonts w:ascii="Arial" w:hAnsi="Arial" w:cs="Arial"/>
                <w:sz w:val="18"/>
                <w:szCs w:val="18"/>
                <w:vertAlign w:val="superscript"/>
              </w:rPr>
              <w:t>f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8B7F93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976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AA1387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84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BBF5D0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108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D20940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1,014</w:t>
            </w:r>
          </w:p>
        </w:tc>
      </w:tr>
      <w:tr w:rsidR="00EF0F32" w:rsidRPr="0056605D" w14:paraId="4398FF4D" w14:textId="77777777" w:rsidTr="00AB41E7">
        <w:trPr>
          <w:trHeight w:val="320"/>
        </w:trPr>
        <w:tc>
          <w:tcPr>
            <w:tcW w:w="3600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8C25698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280BB64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65%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A1D1AE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68%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DF5DEB2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65%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C6D2E60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64%</w:t>
            </w:r>
          </w:p>
        </w:tc>
      </w:tr>
      <w:tr w:rsidR="00EF0F32" w:rsidRPr="0056605D" w14:paraId="3DAB65F0" w14:textId="77777777" w:rsidTr="00AB41E7">
        <w:trPr>
          <w:trHeight w:val="300"/>
        </w:trPr>
        <w:tc>
          <w:tcPr>
            <w:tcW w:w="3600" w:type="dxa"/>
            <w:vMerge w:val="restar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F87126D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El Salvador</w:t>
            </w:r>
            <w:r>
              <w:rPr>
                <w:rFonts w:ascii="Arial" w:hAnsi="Arial" w:cs="Arial"/>
              </w:rPr>
              <w:t>*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DAB730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813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B2933D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172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C76D18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431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B0F4C8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847</w:t>
            </w:r>
          </w:p>
        </w:tc>
      </w:tr>
      <w:tr w:rsidR="00EF0F32" w:rsidRPr="0056605D" w14:paraId="04E9E884" w14:textId="77777777" w:rsidTr="00AB41E7">
        <w:trPr>
          <w:trHeight w:val="320"/>
        </w:trPr>
        <w:tc>
          <w:tcPr>
            <w:tcW w:w="3600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3727463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8E7EFC1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74%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4E58745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74%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48338D6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57%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9282A42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70%</w:t>
            </w:r>
          </w:p>
        </w:tc>
      </w:tr>
      <w:tr w:rsidR="00EF0F32" w:rsidRPr="0056605D" w14:paraId="222CCD83" w14:textId="77777777" w:rsidTr="00AB41E7">
        <w:trPr>
          <w:trHeight w:val="300"/>
        </w:trPr>
        <w:tc>
          <w:tcPr>
            <w:tcW w:w="3600" w:type="dxa"/>
            <w:vMerge w:val="restar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C89CED2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Mexico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D010F9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32,486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28139F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6,773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859BA5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3,643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B0DD76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33,882</w:t>
            </w:r>
          </w:p>
        </w:tc>
      </w:tr>
      <w:tr w:rsidR="00EF0F32" w:rsidRPr="0056605D" w14:paraId="2F158A46" w14:textId="77777777" w:rsidTr="00AB41E7">
        <w:trPr>
          <w:trHeight w:val="320"/>
        </w:trPr>
        <w:tc>
          <w:tcPr>
            <w:tcW w:w="3600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BD4E5AB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17BAB1D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68%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06030C8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65%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53C39CE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57%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28262D0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66%</w:t>
            </w:r>
          </w:p>
        </w:tc>
      </w:tr>
      <w:tr w:rsidR="00EF0F32" w:rsidRPr="0056605D" w14:paraId="261A9DC0" w14:textId="77777777" w:rsidTr="00AB41E7">
        <w:trPr>
          <w:trHeight w:val="300"/>
        </w:trPr>
        <w:tc>
          <w:tcPr>
            <w:tcW w:w="3600" w:type="dxa"/>
            <w:vMerge w:val="restar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866688F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Paraguay</w:t>
            </w:r>
            <w:r>
              <w:rPr>
                <w:rFonts w:ascii="Arial" w:hAnsi="Arial" w:cs="Arial"/>
              </w:rPr>
              <w:t>*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C61A94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2,067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F6776F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179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50A4BB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117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CC77BF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2,201</w:t>
            </w:r>
          </w:p>
        </w:tc>
      </w:tr>
      <w:tr w:rsidR="00EF0F32" w:rsidRPr="0056605D" w14:paraId="34AE9393" w14:textId="77777777" w:rsidTr="00AB41E7">
        <w:trPr>
          <w:trHeight w:val="320"/>
        </w:trPr>
        <w:tc>
          <w:tcPr>
            <w:tcW w:w="3600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6228D8A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69CC937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63%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7E013E7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67%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A68655A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58%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204FEC5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62%</w:t>
            </w:r>
          </w:p>
        </w:tc>
      </w:tr>
      <w:tr w:rsidR="00EF0F32" w:rsidRPr="0056605D" w14:paraId="1905EA84" w14:textId="77777777" w:rsidTr="00AB41E7">
        <w:trPr>
          <w:trHeight w:val="300"/>
        </w:trPr>
        <w:tc>
          <w:tcPr>
            <w:tcW w:w="3600" w:type="dxa"/>
            <w:vMerge w:val="restar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860373C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Peru</w:t>
            </w:r>
            <w:r>
              <w:rPr>
                <w:rFonts w:ascii="Arial" w:hAnsi="Arial" w:cs="Arial"/>
              </w:rPr>
              <w:t>*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33C18E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9,442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95265F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1,177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EDF6C8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3,084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2142A0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12,371</w:t>
            </w:r>
          </w:p>
        </w:tc>
      </w:tr>
      <w:tr w:rsidR="00EF0F32" w:rsidRPr="0056605D" w14:paraId="57F1D037" w14:textId="77777777" w:rsidTr="00AB41E7">
        <w:trPr>
          <w:trHeight w:val="320"/>
        </w:trPr>
        <w:tc>
          <w:tcPr>
            <w:tcW w:w="3600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3027D22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1873726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65%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B5B96AE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67%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3B05DF1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58%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0109A07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63%</w:t>
            </w:r>
          </w:p>
        </w:tc>
      </w:tr>
      <w:tr w:rsidR="00EF0F32" w:rsidRPr="0056605D" w14:paraId="5D54F8FB" w14:textId="77777777" w:rsidTr="00AB41E7">
        <w:trPr>
          <w:trHeight w:val="300"/>
        </w:trPr>
        <w:tc>
          <w:tcPr>
            <w:tcW w:w="3600" w:type="dxa"/>
            <w:vMerge w:val="restar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2CDA75E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Uruguay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9AB5BC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525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3ADF6B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62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99B17C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94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3AC2EF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617</w:t>
            </w:r>
          </w:p>
        </w:tc>
      </w:tr>
      <w:tr w:rsidR="00EF0F32" w:rsidRPr="0056605D" w14:paraId="2EFE22CD" w14:textId="77777777" w:rsidTr="00AB41E7">
        <w:trPr>
          <w:trHeight w:val="320"/>
        </w:trPr>
        <w:tc>
          <w:tcPr>
            <w:tcW w:w="3600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FE08AD4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43AB219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66%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ACF1CB5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68%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68D2B5D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63%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0C55FF0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65%</w:t>
            </w:r>
          </w:p>
        </w:tc>
      </w:tr>
      <w:tr w:rsidR="00304129" w:rsidRPr="0056605D" w14:paraId="7D6812B1" w14:textId="77777777" w:rsidTr="00456A95">
        <w:trPr>
          <w:trHeight w:val="300"/>
        </w:trPr>
        <w:tc>
          <w:tcPr>
            <w:tcW w:w="3600" w:type="dxa"/>
            <w:vMerge w:val="restar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hideMark/>
          </w:tcPr>
          <w:p w14:paraId="6F63C968" w14:textId="77777777" w:rsidR="00304129" w:rsidRPr="005262B9" w:rsidRDefault="00304129" w:rsidP="00304129">
            <w:pPr>
              <w:pStyle w:val="Tabletext"/>
              <w:keepLines/>
              <w:jc w:val="left"/>
              <w:rPr>
                <w:rFonts w:ascii="Arial" w:hAnsi="Arial" w:cs="Arial"/>
              </w:rPr>
            </w:pPr>
            <w:r w:rsidRPr="005262B9">
              <w:rPr>
                <w:rFonts w:ascii="Arial" w:hAnsi="Arial" w:cs="Arial"/>
              </w:rPr>
              <w:t>Other Countries without Survey Data***</w:t>
            </w:r>
          </w:p>
          <w:p w14:paraId="6689D72E" w14:textId="25169BCD" w:rsidR="00304129" w:rsidRPr="0056605D" w:rsidRDefault="00304129" w:rsidP="00304129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10FAB4" w14:textId="77777777" w:rsidR="00304129" w:rsidRPr="0056605D" w:rsidRDefault="00304129" w:rsidP="00304129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34,461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6EBEB5" w14:textId="77777777" w:rsidR="00304129" w:rsidRPr="0056605D" w:rsidRDefault="00304129" w:rsidP="00304129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5,719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96EE23" w14:textId="77777777" w:rsidR="00304129" w:rsidRPr="0056605D" w:rsidRDefault="00304129" w:rsidP="00304129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3,140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3A7A06" w14:textId="77777777" w:rsidR="00304129" w:rsidRPr="0056605D" w:rsidRDefault="00304129" w:rsidP="00304129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38,799</w:t>
            </w:r>
          </w:p>
        </w:tc>
      </w:tr>
      <w:tr w:rsidR="00304129" w:rsidRPr="0056605D" w14:paraId="2C95737F" w14:textId="77777777" w:rsidTr="00456A95">
        <w:trPr>
          <w:trHeight w:val="320"/>
        </w:trPr>
        <w:tc>
          <w:tcPr>
            <w:tcW w:w="3600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1CA1FA54" w14:textId="77777777" w:rsidR="00304129" w:rsidRPr="0056605D" w:rsidRDefault="00304129" w:rsidP="00304129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D0D1CE5" w14:textId="77777777" w:rsidR="00304129" w:rsidRPr="0056605D" w:rsidRDefault="00304129" w:rsidP="00304129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65%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B1A2F65" w14:textId="77777777" w:rsidR="00304129" w:rsidRPr="0056605D" w:rsidRDefault="00304129" w:rsidP="00304129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65%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69903FE" w14:textId="77777777" w:rsidR="00304129" w:rsidRPr="0056605D" w:rsidRDefault="00304129" w:rsidP="00304129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60%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73AF9FE" w14:textId="77777777" w:rsidR="00304129" w:rsidRPr="0056605D" w:rsidRDefault="00304129" w:rsidP="00304129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64%</w:t>
            </w:r>
          </w:p>
        </w:tc>
      </w:tr>
      <w:tr w:rsidR="00304129" w:rsidRPr="0056605D" w14:paraId="78344EFE" w14:textId="77777777" w:rsidTr="00456A95">
        <w:trPr>
          <w:trHeight w:val="300"/>
        </w:trPr>
        <w:tc>
          <w:tcPr>
            <w:tcW w:w="3600" w:type="dxa"/>
            <w:vMerge w:val="restar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hideMark/>
          </w:tcPr>
          <w:p w14:paraId="498A91A4" w14:textId="77777777" w:rsidR="00304129" w:rsidRPr="005262B9" w:rsidRDefault="00304129" w:rsidP="00304129">
            <w:pPr>
              <w:pStyle w:val="Tabletext"/>
              <w:keepLines/>
              <w:jc w:val="left"/>
              <w:rPr>
                <w:rFonts w:ascii="Arial" w:hAnsi="Arial" w:cs="Arial"/>
              </w:rPr>
            </w:pPr>
            <w:r w:rsidRPr="005262B9">
              <w:rPr>
                <w:rFonts w:ascii="Arial" w:hAnsi="Arial" w:cs="Arial"/>
              </w:rPr>
              <w:t>Latin America and the Caribbean (Estimated)</w:t>
            </w:r>
          </w:p>
          <w:p w14:paraId="7C7C8A1A" w14:textId="623294FD" w:rsidR="00304129" w:rsidRPr="0056605D" w:rsidRDefault="00304129" w:rsidP="00304129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CB05C6" w14:textId="77777777" w:rsidR="00304129" w:rsidRPr="0056605D" w:rsidRDefault="00304129" w:rsidP="00304129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136,913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A96036" w14:textId="77777777" w:rsidR="00304129" w:rsidRPr="0056605D" w:rsidRDefault="00304129" w:rsidP="00304129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27,393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DCC4F1" w14:textId="77777777" w:rsidR="00304129" w:rsidRPr="0056605D" w:rsidRDefault="00304129" w:rsidP="00304129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20,792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7C3CC6" w14:textId="77777777" w:rsidR="00304129" w:rsidRPr="0056605D" w:rsidRDefault="00304129" w:rsidP="00304129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160,774</w:t>
            </w:r>
          </w:p>
        </w:tc>
      </w:tr>
      <w:tr w:rsidR="00304129" w:rsidRPr="0056605D" w14:paraId="1F592624" w14:textId="77777777" w:rsidTr="00456A95">
        <w:trPr>
          <w:trHeight w:val="300"/>
        </w:trPr>
        <w:tc>
          <w:tcPr>
            <w:tcW w:w="3600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09C76907" w14:textId="77777777" w:rsidR="00304129" w:rsidRPr="0056605D" w:rsidRDefault="00304129" w:rsidP="00304129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214E3AC" w14:textId="77777777" w:rsidR="00304129" w:rsidRPr="0056605D" w:rsidRDefault="00304129" w:rsidP="00304129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65%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66F04D1" w14:textId="77777777" w:rsidR="00304129" w:rsidRPr="0056605D" w:rsidRDefault="00304129" w:rsidP="00304129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65%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C189CC4" w14:textId="77777777" w:rsidR="00304129" w:rsidRPr="0056605D" w:rsidRDefault="00304129" w:rsidP="00304129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60%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742F90D" w14:textId="77777777" w:rsidR="00304129" w:rsidRPr="0056605D" w:rsidRDefault="00304129" w:rsidP="00304129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64%</w:t>
            </w:r>
          </w:p>
        </w:tc>
      </w:tr>
      <w:tr w:rsidR="00304129" w:rsidRPr="0056605D" w14:paraId="18F4B6C8" w14:textId="77777777" w:rsidTr="00456A95">
        <w:trPr>
          <w:trHeight w:val="320"/>
        </w:trPr>
        <w:tc>
          <w:tcPr>
            <w:tcW w:w="36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3A18F251" w14:textId="3E607C31" w:rsidR="00304129" w:rsidRPr="0056605D" w:rsidRDefault="00304129" w:rsidP="00304129">
            <w:pPr>
              <w:pStyle w:val="Tabletext"/>
              <w:spacing w:line="276" w:lineRule="auto"/>
              <w:jc w:val="left"/>
              <w:rPr>
                <w:rFonts w:ascii="Arial" w:hAnsi="Arial" w:cs="Arial"/>
              </w:rPr>
            </w:pPr>
            <w:r w:rsidRPr="005262B9">
              <w:rPr>
                <w:rFonts w:ascii="Arial" w:hAnsi="Arial" w:cs="Arial"/>
              </w:rPr>
              <w:t>Distribution of Care</w:t>
            </w:r>
            <w:r>
              <w:rPr>
                <w:rFonts w:ascii="Arial" w:hAnsi="Arial" w:cs="Arial"/>
              </w:rPr>
              <w:t xml:space="preserve">givers </w:t>
            </w:r>
            <w:r w:rsidRPr="005262B9">
              <w:rPr>
                <w:rFonts w:ascii="Arial" w:hAnsi="Arial" w:cs="Arial"/>
              </w:rPr>
              <w:t>by Type of Care Recipient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A14F2F4" w14:textId="77777777" w:rsidR="00304129" w:rsidRPr="0056605D" w:rsidRDefault="00304129" w:rsidP="00304129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85%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0B95933" w14:textId="77777777" w:rsidR="00304129" w:rsidRPr="0056605D" w:rsidRDefault="00304129" w:rsidP="00304129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17%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19FDC36" w14:textId="77777777" w:rsidR="00304129" w:rsidRPr="0056605D" w:rsidRDefault="00304129" w:rsidP="00304129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13%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CCFBF90" w14:textId="77777777" w:rsidR="00304129" w:rsidRPr="0056605D" w:rsidRDefault="00304129" w:rsidP="00304129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</w:tbl>
    <w:p w14:paraId="51F61EB9" w14:textId="77777777" w:rsidR="00304129" w:rsidRPr="0056605D" w:rsidRDefault="00304129" w:rsidP="00304129">
      <w:pPr>
        <w:pStyle w:val="Sourcenotes"/>
        <w:spacing w:line="276" w:lineRule="auto"/>
        <w:rPr>
          <w:rFonts w:ascii="Arial" w:hAnsi="Arial" w:cs="Arial"/>
        </w:rPr>
      </w:pPr>
      <w:r w:rsidRPr="00304129">
        <w:rPr>
          <w:rFonts w:ascii="Arial" w:hAnsi="Arial" w:cs="Arial"/>
          <w:sz w:val="16"/>
          <w:szCs w:val="20"/>
        </w:rPr>
        <w:t>Source: see Table 1. Notes: see Tables 1 and A4.1.</w:t>
      </w:r>
      <w:r w:rsidRPr="0056605D">
        <w:rPr>
          <w:rFonts w:ascii="Arial" w:hAnsi="Arial" w:cs="Arial"/>
        </w:rPr>
        <w:t xml:space="preserve"> </w:t>
      </w:r>
    </w:p>
    <w:p w14:paraId="5ABDF5FB" w14:textId="06F6F836" w:rsidR="00EF0F32" w:rsidRPr="00304129" w:rsidRDefault="00EF0F32" w:rsidP="00EF0F32">
      <w:pPr>
        <w:pStyle w:val="Heading3"/>
        <w:rPr>
          <w:rFonts w:ascii="Aptos" w:hAnsi="Aptos"/>
        </w:rPr>
      </w:pPr>
      <w:r w:rsidRPr="00304129">
        <w:rPr>
          <w:rFonts w:ascii="Aptos" w:hAnsi="Aptos"/>
        </w:rPr>
        <w:lastRenderedPageBreak/>
        <w:t>Alternative assumption on the reallocation of caregiving for persons with disabilities</w:t>
      </w:r>
    </w:p>
    <w:p w14:paraId="44928210" w14:textId="6E8E6F8E" w:rsidR="00EF0F32" w:rsidRDefault="00EF0F32" w:rsidP="00EF0F32">
      <w:pPr>
        <w:pStyle w:val="Caption"/>
      </w:pPr>
      <w:r>
        <w:t>Table A</w:t>
      </w:r>
      <w:r w:rsidR="00304129">
        <w:t>5</w:t>
      </w:r>
      <w:r>
        <w:t xml:space="preserve">.3. </w:t>
      </w:r>
      <w:r w:rsidR="00304129" w:rsidRPr="005262B9">
        <w:t>Weekly Hours of Direct Care (Thousands) and Women’s Share (%, in Parentheses), by Country and Type of Recipient</w:t>
      </w:r>
      <w:r>
        <w:t xml:space="preserve"> (</w:t>
      </w:r>
      <w:r w:rsidR="00304129">
        <w:t>R</w:t>
      </w:r>
      <w:r>
        <w:t xml:space="preserve">eplication of Table 1, with </w:t>
      </w:r>
      <w:r w:rsidR="00304129">
        <w:t>D</w:t>
      </w:r>
      <w:r>
        <w:t xml:space="preserve">istribution of </w:t>
      </w:r>
      <w:r w:rsidR="00304129">
        <w:t>Persons with Disabilities</w:t>
      </w:r>
      <w:r>
        <w:t xml:space="preserve"> </w:t>
      </w:r>
      <w:r w:rsidR="00304129">
        <w:t>B</w:t>
      </w:r>
      <w:r>
        <w:t xml:space="preserve">ased on </w:t>
      </w:r>
      <w:r w:rsidR="00304129">
        <w:t>D</w:t>
      </w:r>
      <w:r>
        <w:t xml:space="preserve">ata from Chile) </w:t>
      </w:r>
    </w:p>
    <w:tbl>
      <w:tblPr>
        <w:tblW w:w="8922" w:type="dxa"/>
        <w:tblLook w:val="04A0" w:firstRow="1" w:lastRow="0" w:firstColumn="1" w:lastColumn="0" w:noHBand="0" w:noVBand="1"/>
      </w:tblPr>
      <w:tblGrid>
        <w:gridCol w:w="3600"/>
        <w:gridCol w:w="1260"/>
        <w:gridCol w:w="1368"/>
        <w:gridCol w:w="1512"/>
        <w:gridCol w:w="1182"/>
      </w:tblGrid>
      <w:tr w:rsidR="00EF0F32" w:rsidRPr="0056605D" w14:paraId="09B23EE4" w14:textId="77777777" w:rsidTr="00AB41E7">
        <w:trPr>
          <w:trHeight w:val="320"/>
        </w:trPr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3947E86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  <w:r w:rsidRPr="0056605D">
              <w:rPr>
                <w:rFonts w:ascii="Arial" w:hAnsi="Arial" w:cs="Arial"/>
              </w:rPr>
              <w:t> </w:t>
            </w:r>
          </w:p>
        </w:tc>
        <w:tc>
          <w:tcPr>
            <w:tcW w:w="53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2C6A4EF" w14:textId="56CA970E" w:rsidR="00EF0F32" w:rsidRPr="0056605D" w:rsidRDefault="00EF0F32" w:rsidP="00AB41E7">
            <w:pPr>
              <w:pStyle w:val="Tabletext"/>
              <w:spacing w:line="276" w:lineRule="auto"/>
              <w:jc w:val="center"/>
              <w:rPr>
                <w:rFonts w:ascii="Arial" w:hAnsi="Arial" w:cs="Arial"/>
              </w:rPr>
            </w:pPr>
            <w:r w:rsidRPr="0056605D">
              <w:rPr>
                <w:rFonts w:ascii="Arial" w:hAnsi="Arial" w:cs="Arial"/>
              </w:rPr>
              <w:t xml:space="preserve">Type of </w:t>
            </w:r>
            <w:r w:rsidR="00304129">
              <w:rPr>
                <w:rFonts w:ascii="Arial" w:hAnsi="Arial" w:cs="Arial"/>
              </w:rPr>
              <w:t>C</w:t>
            </w:r>
            <w:r w:rsidRPr="0056605D">
              <w:rPr>
                <w:rFonts w:ascii="Arial" w:hAnsi="Arial" w:cs="Arial"/>
              </w:rPr>
              <w:t xml:space="preserve">are </w:t>
            </w:r>
            <w:r w:rsidR="00304129">
              <w:rPr>
                <w:rFonts w:ascii="Arial" w:hAnsi="Arial" w:cs="Arial"/>
              </w:rPr>
              <w:t>R</w:t>
            </w:r>
            <w:r w:rsidRPr="0056605D">
              <w:rPr>
                <w:rFonts w:ascii="Arial" w:hAnsi="Arial" w:cs="Arial"/>
              </w:rPr>
              <w:t>ecipient</w:t>
            </w:r>
          </w:p>
        </w:tc>
      </w:tr>
      <w:tr w:rsidR="00EF0F32" w:rsidRPr="0056605D" w14:paraId="027AB8A0" w14:textId="77777777" w:rsidTr="00AB41E7">
        <w:trPr>
          <w:trHeight w:val="493"/>
        </w:trPr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623710B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  <w:r w:rsidRPr="0056605D">
              <w:rPr>
                <w:rFonts w:ascii="Arial" w:hAnsi="Arial" w:cs="Arial"/>
              </w:rPr>
              <w:t>Country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8B48005" w14:textId="77777777" w:rsidR="00EF0F32" w:rsidRPr="00C36EF0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Children</w:t>
            </w:r>
          </w:p>
          <w:p w14:paraId="6FA03587" w14:textId="51E5EC0E" w:rsidR="00EF0F32" w:rsidRPr="000D0B80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(</w:t>
            </w:r>
            <w:r w:rsidR="00304129">
              <w:rPr>
                <w:rFonts w:ascii="Arial" w:hAnsi="Arial" w:cs="Arial"/>
              </w:rPr>
              <w:t>A</w:t>
            </w:r>
            <w:r w:rsidRPr="00C36EF0">
              <w:rPr>
                <w:rFonts w:ascii="Arial" w:hAnsi="Arial" w:cs="Arial"/>
              </w:rPr>
              <w:t>ge &lt;15)</w:t>
            </w:r>
            <w:r w:rsidRPr="0027723A">
              <w:rPr>
                <w:rFonts w:ascii="Arial" w:hAnsi="Arial" w:cs="Arial"/>
                <w:vertAlign w:val="superscript"/>
              </w:rPr>
              <w:t>a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0326397" w14:textId="647009BF" w:rsidR="00EF0F32" w:rsidRPr="00C36EF0" w:rsidRDefault="00304129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Persons with Disabilities</w:t>
            </w:r>
          </w:p>
          <w:p w14:paraId="5823991B" w14:textId="6CF76EE0" w:rsidR="00EF0F32" w:rsidRPr="000D0B80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(</w:t>
            </w:r>
            <w:r w:rsidR="00304129">
              <w:rPr>
                <w:rFonts w:ascii="Arial" w:hAnsi="Arial" w:cs="Arial"/>
              </w:rPr>
              <w:t>A</w:t>
            </w:r>
            <w:r w:rsidRPr="00C36EF0">
              <w:rPr>
                <w:rFonts w:ascii="Arial" w:hAnsi="Arial" w:cs="Arial"/>
              </w:rPr>
              <w:t>ge 15-</w:t>
            </w:r>
            <w:proofErr w:type="gramStart"/>
            <w:r w:rsidRPr="00C36EF0">
              <w:rPr>
                <w:rFonts w:ascii="Arial" w:hAnsi="Arial" w:cs="Arial"/>
              </w:rPr>
              <w:t>64)</w:t>
            </w:r>
            <w:r w:rsidRPr="0027723A">
              <w:rPr>
                <w:rFonts w:ascii="Arial" w:hAnsi="Arial" w:cs="Arial"/>
                <w:vertAlign w:val="superscript"/>
              </w:rPr>
              <w:t>b</w:t>
            </w:r>
            <w:proofErr w:type="gramEnd"/>
            <w:r w:rsidRPr="00C36EF0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8B58762" w14:textId="18A237C1" w:rsidR="00EF0F32" w:rsidRPr="000D0B80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 xml:space="preserve">Older </w:t>
            </w:r>
            <w:r w:rsidR="00304129">
              <w:rPr>
                <w:rFonts w:ascii="Arial" w:hAnsi="Arial" w:cs="Arial"/>
              </w:rPr>
              <w:t>P</w:t>
            </w:r>
            <w:r w:rsidRPr="00C36EF0">
              <w:rPr>
                <w:rFonts w:ascii="Arial" w:hAnsi="Arial" w:cs="Arial"/>
              </w:rPr>
              <w:t>eople (</w:t>
            </w:r>
            <w:r w:rsidR="00304129">
              <w:rPr>
                <w:rFonts w:ascii="Arial" w:hAnsi="Arial" w:cs="Arial"/>
              </w:rPr>
              <w:t>A</w:t>
            </w:r>
            <w:r w:rsidRPr="00C36EF0">
              <w:rPr>
                <w:rFonts w:ascii="Arial" w:hAnsi="Arial" w:cs="Arial"/>
              </w:rPr>
              <w:t xml:space="preserve">ge </w:t>
            </w:r>
            <w:r>
              <w:rPr>
                <w:rFonts w:ascii="Arial" w:hAnsi="Arial" w:cs="Arial"/>
              </w:rPr>
              <w:t>≥</w:t>
            </w:r>
            <w:proofErr w:type="gramStart"/>
            <w:r w:rsidRPr="00C36EF0">
              <w:rPr>
                <w:rFonts w:ascii="Arial" w:hAnsi="Arial" w:cs="Arial"/>
              </w:rPr>
              <w:t>65)</w:t>
            </w:r>
            <w:r>
              <w:rPr>
                <w:rFonts w:ascii="Arial" w:hAnsi="Arial" w:cs="Arial"/>
                <w:vertAlign w:val="superscript"/>
              </w:rPr>
              <w:t>c</w:t>
            </w:r>
            <w:proofErr w:type="gramEnd"/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717ADFE" w14:textId="77777777" w:rsidR="00EF0F32" w:rsidRPr="000D0B80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Total </w:t>
            </w:r>
          </w:p>
        </w:tc>
      </w:tr>
      <w:tr w:rsidR="00EF0F32" w:rsidRPr="0056605D" w14:paraId="4793BEB4" w14:textId="77777777" w:rsidTr="00AB41E7">
        <w:trPr>
          <w:trHeight w:val="300"/>
        </w:trPr>
        <w:tc>
          <w:tcPr>
            <w:tcW w:w="3600" w:type="dxa"/>
            <w:vMerge w:val="restar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9099350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Argentina</w:t>
            </w:r>
            <w:r>
              <w:rPr>
                <w:rFonts w:ascii="Arial" w:hAnsi="Arial" w:cs="Arial"/>
              </w:rPr>
              <w:t>*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F653EF4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106,654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A2CEDC9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4,396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8AAF504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12,724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1864862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123,774</w:t>
            </w:r>
          </w:p>
        </w:tc>
      </w:tr>
      <w:tr w:rsidR="00EF0F32" w:rsidRPr="0056605D" w14:paraId="7E79079E" w14:textId="77777777" w:rsidTr="00AB41E7">
        <w:trPr>
          <w:trHeight w:val="320"/>
        </w:trPr>
        <w:tc>
          <w:tcPr>
            <w:tcW w:w="3600" w:type="dxa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A07D6D6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9C9823E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(74%)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2966EB2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(77%)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0218B44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(66%)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1E8790E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C36EF0">
              <w:rPr>
                <w:rFonts w:ascii="Arial" w:hAnsi="Arial" w:cs="Arial"/>
              </w:rPr>
              <w:t>73%</w:t>
            </w:r>
            <w:r>
              <w:rPr>
                <w:rFonts w:ascii="Arial" w:hAnsi="Arial" w:cs="Arial"/>
              </w:rPr>
              <w:t>)</w:t>
            </w:r>
          </w:p>
        </w:tc>
      </w:tr>
      <w:tr w:rsidR="00EF0F32" w:rsidRPr="0056605D" w14:paraId="022076F8" w14:textId="77777777" w:rsidTr="00AB41E7">
        <w:trPr>
          <w:trHeight w:val="300"/>
        </w:trPr>
        <w:tc>
          <w:tcPr>
            <w:tcW w:w="3600" w:type="dxa"/>
            <w:vMerge w:val="restar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4262A12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Brazil</w:t>
            </w:r>
            <w:r>
              <w:rPr>
                <w:rFonts w:ascii="Arial" w:hAnsi="Arial" w:cs="Arial"/>
              </w:rPr>
              <w:t xml:space="preserve">** </w:t>
            </w:r>
            <w:r w:rsidRPr="0082776B">
              <w:rPr>
                <w:rFonts w:ascii="Arial" w:hAnsi="Arial" w:cs="Arial"/>
                <w:vertAlign w:val="superscript"/>
              </w:rPr>
              <w:t>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72896C8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519,140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B2D50DE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85,452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484492A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60,687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1F7951E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665,280</w:t>
            </w:r>
          </w:p>
        </w:tc>
      </w:tr>
      <w:tr w:rsidR="00EF0F32" w:rsidRPr="0056605D" w14:paraId="49A0C41B" w14:textId="77777777" w:rsidTr="00AB41E7">
        <w:trPr>
          <w:trHeight w:val="320"/>
        </w:trPr>
        <w:tc>
          <w:tcPr>
            <w:tcW w:w="3600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280BE1E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00A5D52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(77%)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8AAC3CA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(74%)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A2614A4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(63%)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1F2C5F3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C36EF0">
              <w:rPr>
                <w:rFonts w:ascii="Arial" w:hAnsi="Arial" w:cs="Arial"/>
              </w:rPr>
              <w:t>75%</w:t>
            </w:r>
            <w:r>
              <w:rPr>
                <w:rFonts w:ascii="Arial" w:hAnsi="Arial" w:cs="Arial"/>
              </w:rPr>
              <w:t>)</w:t>
            </w:r>
          </w:p>
        </w:tc>
      </w:tr>
      <w:tr w:rsidR="00EF0F32" w:rsidRPr="0056605D" w14:paraId="06DFD51E" w14:textId="77777777" w:rsidTr="00AB41E7">
        <w:trPr>
          <w:trHeight w:val="300"/>
        </w:trPr>
        <w:tc>
          <w:tcPr>
            <w:tcW w:w="3600" w:type="dxa"/>
            <w:vMerge w:val="restar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7902EEE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Chile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1652240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80,059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FDFB729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7,901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482656E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8,507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979F604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96,467</w:t>
            </w:r>
          </w:p>
        </w:tc>
      </w:tr>
      <w:tr w:rsidR="00EF0F32" w:rsidRPr="0056605D" w14:paraId="36D4BBE9" w14:textId="77777777" w:rsidTr="00AB41E7">
        <w:trPr>
          <w:trHeight w:val="320"/>
        </w:trPr>
        <w:tc>
          <w:tcPr>
            <w:tcW w:w="3600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3FF9552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F105830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C36EF0">
              <w:rPr>
                <w:rFonts w:ascii="Arial" w:hAnsi="Arial" w:cs="Arial"/>
              </w:rPr>
              <w:t>70%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113E469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C36EF0">
              <w:rPr>
                <w:rFonts w:ascii="Arial" w:hAnsi="Arial" w:cs="Arial"/>
              </w:rPr>
              <w:t>67%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32E41BF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C36EF0">
              <w:rPr>
                <w:rFonts w:ascii="Arial" w:hAnsi="Arial" w:cs="Arial"/>
              </w:rPr>
              <w:t>67%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09D1FAB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C36EF0">
              <w:rPr>
                <w:rFonts w:ascii="Arial" w:hAnsi="Arial" w:cs="Arial"/>
              </w:rPr>
              <w:t>70%</w:t>
            </w:r>
            <w:r>
              <w:rPr>
                <w:rFonts w:ascii="Arial" w:hAnsi="Arial" w:cs="Arial"/>
              </w:rPr>
              <w:t>)</w:t>
            </w:r>
          </w:p>
        </w:tc>
      </w:tr>
      <w:tr w:rsidR="00EF0F32" w:rsidRPr="0056605D" w14:paraId="58CCDA1B" w14:textId="77777777" w:rsidTr="00AB41E7">
        <w:trPr>
          <w:trHeight w:val="300"/>
        </w:trPr>
        <w:tc>
          <w:tcPr>
            <w:tcW w:w="3600" w:type="dxa"/>
            <w:vMerge w:val="restar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A39BCDA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Colombia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40EBD8E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105,580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48AB991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1,580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8FDC65E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4,320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AAFE40E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111,480</w:t>
            </w:r>
          </w:p>
        </w:tc>
      </w:tr>
      <w:tr w:rsidR="00EF0F32" w:rsidRPr="0056605D" w14:paraId="03570CCE" w14:textId="77777777" w:rsidTr="00AB41E7">
        <w:trPr>
          <w:trHeight w:val="320"/>
        </w:trPr>
        <w:tc>
          <w:tcPr>
            <w:tcW w:w="3600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5D822A9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FB699F8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C36EF0">
              <w:rPr>
                <w:rFonts w:ascii="Arial" w:hAnsi="Arial" w:cs="Arial"/>
              </w:rPr>
              <w:t>82%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B3D7A23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C36EF0">
              <w:rPr>
                <w:rFonts w:ascii="Arial" w:hAnsi="Arial" w:cs="Arial"/>
              </w:rPr>
              <w:t>84%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0836FA6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C36EF0">
              <w:rPr>
                <w:rFonts w:ascii="Arial" w:hAnsi="Arial" w:cs="Arial"/>
              </w:rPr>
              <w:t>80%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D5F128A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C36EF0">
              <w:rPr>
                <w:rFonts w:ascii="Arial" w:hAnsi="Arial" w:cs="Arial"/>
              </w:rPr>
              <w:t>82%</w:t>
            </w:r>
            <w:r>
              <w:rPr>
                <w:rFonts w:ascii="Arial" w:hAnsi="Arial" w:cs="Arial"/>
              </w:rPr>
              <w:t>)</w:t>
            </w:r>
          </w:p>
        </w:tc>
      </w:tr>
      <w:tr w:rsidR="00EF0F32" w:rsidRPr="0056605D" w14:paraId="53B34EE7" w14:textId="77777777" w:rsidTr="00AB41E7">
        <w:trPr>
          <w:trHeight w:val="300"/>
        </w:trPr>
        <w:tc>
          <w:tcPr>
            <w:tcW w:w="3600" w:type="dxa"/>
            <w:vMerge w:val="restar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D92F80E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Costa Rica</w:t>
            </w:r>
            <w:r>
              <w:rPr>
                <w:rFonts w:ascii="Arial" w:hAnsi="Arial" w:cs="Arial"/>
              </w:rPr>
              <w:t xml:space="preserve"> </w:t>
            </w:r>
            <w:r w:rsidRPr="00ED5EC8">
              <w:rPr>
                <w:rFonts w:ascii="Arial" w:hAnsi="Arial" w:cs="Arial"/>
                <w:sz w:val="18"/>
                <w:szCs w:val="18"/>
                <w:vertAlign w:val="superscript"/>
              </w:rPr>
              <w:t>f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A42F3EC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11,295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5947F7A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543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CEB1D86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1,012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52D86BFB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12,799</w:t>
            </w:r>
          </w:p>
        </w:tc>
      </w:tr>
      <w:tr w:rsidR="00EF0F32" w:rsidRPr="0056605D" w14:paraId="5AA6003B" w14:textId="77777777" w:rsidTr="00AB41E7">
        <w:trPr>
          <w:trHeight w:val="320"/>
        </w:trPr>
        <w:tc>
          <w:tcPr>
            <w:tcW w:w="3600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0E6E224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47E39F9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(72%)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982D675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(74%)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B6A078A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(69%)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DB02C73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C36EF0">
              <w:rPr>
                <w:rFonts w:ascii="Arial" w:hAnsi="Arial" w:cs="Arial"/>
              </w:rPr>
              <w:t>72%</w:t>
            </w:r>
            <w:r>
              <w:rPr>
                <w:rFonts w:ascii="Arial" w:hAnsi="Arial" w:cs="Arial"/>
              </w:rPr>
              <w:t>)</w:t>
            </w:r>
          </w:p>
        </w:tc>
      </w:tr>
      <w:tr w:rsidR="00EF0F32" w:rsidRPr="0056605D" w14:paraId="78A2FCD7" w14:textId="77777777" w:rsidTr="00AB41E7">
        <w:trPr>
          <w:trHeight w:val="300"/>
        </w:trPr>
        <w:tc>
          <w:tcPr>
            <w:tcW w:w="3600" w:type="dxa"/>
            <w:vMerge w:val="restar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D63CA13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El Salvador</w:t>
            </w:r>
            <w:r>
              <w:rPr>
                <w:rFonts w:ascii="Arial" w:hAnsi="Arial" w:cs="Arial"/>
              </w:rPr>
              <w:t>*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84C114B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12,769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94054A5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866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3FC1515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5,064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8C1A9FC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18,699</w:t>
            </w:r>
          </w:p>
        </w:tc>
      </w:tr>
      <w:tr w:rsidR="00EF0F32" w:rsidRPr="0056605D" w14:paraId="731E287B" w14:textId="77777777" w:rsidTr="00AB41E7">
        <w:trPr>
          <w:trHeight w:val="320"/>
        </w:trPr>
        <w:tc>
          <w:tcPr>
            <w:tcW w:w="3600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FCAAB36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D16E7B2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(79%)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2C37088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(74%)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EC0D538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(61%)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6C08795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C36EF0">
              <w:rPr>
                <w:rFonts w:ascii="Arial" w:hAnsi="Arial" w:cs="Arial"/>
              </w:rPr>
              <w:t>74%</w:t>
            </w:r>
            <w:r>
              <w:rPr>
                <w:rFonts w:ascii="Arial" w:hAnsi="Arial" w:cs="Arial"/>
              </w:rPr>
              <w:t>)</w:t>
            </w:r>
          </w:p>
        </w:tc>
      </w:tr>
      <w:tr w:rsidR="00EF0F32" w:rsidRPr="0056605D" w14:paraId="6B15D66D" w14:textId="77777777" w:rsidTr="00AB41E7">
        <w:trPr>
          <w:trHeight w:val="300"/>
        </w:trPr>
        <w:tc>
          <w:tcPr>
            <w:tcW w:w="3600" w:type="dxa"/>
            <w:vMerge w:val="restar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703F037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Mexico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D235FA6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443,199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1192BD5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34,459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DB383FC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45,298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ADB5342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522,95</w:t>
            </w:r>
            <w:r>
              <w:rPr>
                <w:rFonts w:ascii="Arial" w:hAnsi="Arial" w:cs="Arial"/>
              </w:rPr>
              <w:t>6</w:t>
            </w:r>
          </w:p>
        </w:tc>
      </w:tr>
      <w:tr w:rsidR="00EF0F32" w:rsidRPr="0056605D" w14:paraId="07E7F2F3" w14:textId="77777777" w:rsidTr="00AB41E7">
        <w:trPr>
          <w:trHeight w:val="320"/>
        </w:trPr>
        <w:tc>
          <w:tcPr>
            <w:tcW w:w="3600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FD0106E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C1316F7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(78%)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364D4C0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(73%)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E42AD7A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(65%)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F061888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C36EF0">
              <w:rPr>
                <w:rFonts w:ascii="Arial" w:hAnsi="Arial" w:cs="Arial"/>
              </w:rPr>
              <w:t>77%</w:t>
            </w:r>
            <w:r>
              <w:rPr>
                <w:rFonts w:ascii="Arial" w:hAnsi="Arial" w:cs="Arial"/>
              </w:rPr>
              <w:t>)</w:t>
            </w:r>
          </w:p>
        </w:tc>
      </w:tr>
      <w:tr w:rsidR="00EF0F32" w:rsidRPr="0056605D" w14:paraId="0E84F8C9" w14:textId="77777777" w:rsidTr="00AB41E7">
        <w:trPr>
          <w:trHeight w:val="300"/>
        </w:trPr>
        <w:tc>
          <w:tcPr>
            <w:tcW w:w="3600" w:type="dxa"/>
            <w:vMerge w:val="restar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8600A13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Paraguay</w:t>
            </w:r>
            <w:r>
              <w:rPr>
                <w:rFonts w:ascii="Arial" w:hAnsi="Arial" w:cs="Arial"/>
              </w:rPr>
              <w:t>*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76F64C7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25,367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779F306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931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C6CE0A8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1,554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7F35EB4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27,852</w:t>
            </w:r>
          </w:p>
        </w:tc>
      </w:tr>
      <w:tr w:rsidR="00EF0F32" w:rsidRPr="0056605D" w14:paraId="3E79CE15" w14:textId="77777777" w:rsidTr="00AB41E7">
        <w:trPr>
          <w:trHeight w:val="320"/>
        </w:trPr>
        <w:tc>
          <w:tcPr>
            <w:tcW w:w="3600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E48DEE2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C9B4FDA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(71%)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D53508A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(75%)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04578A7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(67%)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4327330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C36EF0">
              <w:rPr>
                <w:rFonts w:ascii="Arial" w:hAnsi="Arial" w:cs="Arial"/>
              </w:rPr>
              <w:t>71%</w:t>
            </w:r>
          </w:p>
        </w:tc>
      </w:tr>
      <w:tr w:rsidR="00EF0F32" w:rsidRPr="0056605D" w14:paraId="26EB3888" w14:textId="77777777" w:rsidTr="00AB41E7">
        <w:trPr>
          <w:trHeight w:val="300"/>
        </w:trPr>
        <w:tc>
          <w:tcPr>
            <w:tcW w:w="3600" w:type="dxa"/>
            <w:vMerge w:val="restar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E3C6B5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Peru</w:t>
            </w:r>
            <w:r>
              <w:rPr>
                <w:rFonts w:ascii="Arial" w:hAnsi="Arial" w:cs="Arial"/>
              </w:rPr>
              <w:t>*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A4AE7BD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134,895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6A943A2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5,592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6946F00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28,741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77321F9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169,227</w:t>
            </w:r>
          </w:p>
        </w:tc>
      </w:tr>
      <w:tr w:rsidR="00EF0F32" w:rsidRPr="0056605D" w14:paraId="17D84232" w14:textId="77777777" w:rsidTr="00AB41E7">
        <w:trPr>
          <w:trHeight w:val="320"/>
        </w:trPr>
        <w:tc>
          <w:tcPr>
            <w:tcW w:w="3600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8E4828A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170A666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(77%)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9AC6EB9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(70%)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720769E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(64%)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37342D9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C36EF0">
              <w:rPr>
                <w:rFonts w:ascii="Arial" w:hAnsi="Arial" w:cs="Arial"/>
              </w:rPr>
              <w:t>75%</w:t>
            </w:r>
            <w:r>
              <w:rPr>
                <w:rFonts w:ascii="Arial" w:hAnsi="Arial" w:cs="Arial"/>
              </w:rPr>
              <w:t>)</w:t>
            </w:r>
          </w:p>
        </w:tc>
      </w:tr>
      <w:tr w:rsidR="00EF0F32" w:rsidRPr="0056605D" w14:paraId="2D0A42B5" w14:textId="77777777" w:rsidTr="00AB41E7">
        <w:trPr>
          <w:trHeight w:val="300"/>
        </w:trPr>
        <w:tc>
          <w:tcPr>
            <w:tcW w:w="3600" w:type="dxa"/>
            <w:vMerge w:val="restar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E7036F4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Uruguay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1F910BA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10,086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B035A22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451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AA5846B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1,506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AD5F44E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12,043</w:t>
            </w:r>
          </w:p>
        </w:tc>
      </w:tr>
      <w:tr w:rsidR="00EF0F32" w:rsidRPr="0056605D" w14:paraId="355307DE" w14:textId="77777777" w:rsidTr="00AB41E7">
        <w:trPr>
          <w:trHeight w:val="320"/>
        </w:trPr>
        <w:tc>
          <w:tcPr>
            <w:tcW w:w="3600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DADE2A8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2DD3D1F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(72%)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C7E8BED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(60%)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DCAEFBF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59%)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D5C3466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C36EF0">
              <w:rPr>
                <w:rFonts w:ascii="Arial" w:hAnsi="Arial" w:cs="Arial"/>
              </w:rPr>
              <w:t>70%</w:t>
            </w:r>
            <w:r>
              <w:rPr>
                <w:rFonts w:ascii="Arial" w:hAnsi="Arial" w:cs="Arial"/>
              </w:rPr>
              <w:t>)</w:t>
            </w:r>
          </w:p>
        </w:tc>
      </w:tr>
      <w:tr w:rsidR="00304129" w:rsidRPr="0056605D" w14:paraId="278F869E" w14:textId="77777777" w:rsidTr="00D54656">
        <w:trPr>
          <w:trHeight w:val="300"/>
        </w:trPr>
        <w:tc>
          <w:tcPr>
            <w:tcW w:w="3600" w:type="dxa"/>
            <w:vMerge w:val="restar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hideMark/>
          </w:tcPr>
          <w:p w14:paraId="68D12A65" w14:textId="77777777" w:rsidR="00304129" w:rsidRPr="005262B9" w:rsidRDefault="00304129" w:rsidP="00304129">
            <w:pPr>
              <w:pStyle w:val="Tabletext"/>
              <w:keepLines/>
              <w:jc w:val="left"/>
              <w:rPr>
                <w:rFonts w:ascii="Arial" w:hAnsi="Arial" w:cs="Arial"/>
              </w:rPr>
            </w:pPr>
            <w:r w:rsidRPr="005262B9">
              <w:rPr>
                <w:rFonts w:ascii="Arial" w:hAnsi="Arial" w:cs="Arial"/>
              </w:rPr>
              <w:t>Other Countries without Survey Data***</w:t>
            </w:r>
          </w:p>
          <w:p w14:paraId="4D61AF2E" w14:textId="0A3D32C3" w:rsidR="00304129" w:rsidRPr="0056605D" w:rsidRDefault="00304129" w:rsidP="00304129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78A6841" w14:textId="77777777" w:rsidR="00304129" w:rsidRPr="0056605D" w:rsidRDefault="00304129" w:rsidP="00304129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456,107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53CE58B5" w14:textId="77777777" w:rsidR="00304129" w:rsidRPr="0056605D" w:rsidRDefault="00304129" w:rsidP="00304129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26,160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E2E0274" w14:textId="77777777" w:rsidR="00304129" w:rsidRPr="0056605D" w:rsidRDefault="00304129" w:rsidP="00304129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35,548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620E8CB" w14:textId="77777777" w:rsidR="00304129" w:rsidRPr="0056605D" w:rsidRDefault="00304129" w:rsidP="00304129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517,81</w:t>
            </w:r>
            <w:r>
              <w:rPr>
                <w:rFonts w:ascii="Arial" w:hAnsi="Arial" w:cs="Arial"/>
              </w:rPr>
              <w:t>5</w:t>
            </w:r>
          </w:p>
        </w:tc>
      </w:tr>
      <w:tr w:rsidR="00304129" w:rsidRPr="0056605D" w14:paraId="0C45ED88" w14:textId="77777777" w:rsidTr="00D54656">
        <w:trPr>
          <w:trHeight w:val="320"/>
        </w:trPr>
        <w:tc>
          <w:tcPr>
            <w:tcW w:w="3600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482C3131" w14:textId="77777777" w:rsidR="00304129" w:rsidRPr="0056605D" w:rsidRDefault="00304129" w:rsidP="00304129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267FDD0" w14:textId="77777777" w:rsidR="00304129" w:rsidRPr="0056605D" w:rsidRDefault="00304129" w:rsidP="00304129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(77%)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A810CAC" w14:textId="77777777" w:rsidR="00304129" w:rsidRPr="0056605D" w:rsidRDefault="00304129" w:rsidP="00304129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(77%)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3D002D7" w14:textId="77777777" w:rsidR="00304129" w:rsidRPr="0056605D" w:rsidRDefault="00304129" w:rsidP="00304129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(77%)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E09E292" w14:textId="77777777" w:rsidR="00304129" w:rsidRPr="0056605D" w:rsidRDefault="00304129" w:rsidP="00304129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C36EF0">
              <w:rPr>
                <w:rFonts w:ascii="Arial" w:hAnsi="Arial" w:cs="Arial"/>
              </w:rPr>
              <w:t>66%</w:t>
            </w:r>
            <w:r>
              <w:rPr>
                <w:rFonts w:ascii="Arial" w:hAnsi="Arial" w:cs="Arial"/>
              </w:rPr>
              <w:t>)</w:t>
            </w:r>
          </w:p>
        </w:tc>
      </w:tr>
      <w:tr w:rsidR="00304129" w:rsidRPr="0056605D" w14:paraId="1C71FEEE" w14:textId="77777777" w:rsidTr="00D54656">
        <w:trPr>
          <w:trHeight w:val="300"/>
        </w:trPr>
        <w:tc>
          <w:tcPr>
            <w:tcW w:w="3600" w:type="dxa"/>
            <w:vMerge w:val="restar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hideMark/>
          </w:tcPr>
          <w:p w14:paraId="2C9EBA2C" w14:textId="77777777" w:rsidR="00304129" w:rsidRPr="005262B9" w:rsidRDefault="00304129" w:rsidP="00304129">
            <w:pPr>
              <w:pStyle w:val="Tabletext"/>
              <w:keepLines/>
              <w:jc w:val="left"/>
              <w:rPr>
                <w:rFonts w:ascii="Arial" w:hAnsi="Arial" w:cs="Arial"/>
              </w:rPr>
            </w:pPr>
            <w:r w:rsidRPr="005262B9">
              <w:rPr>
                <w:rFonts w:ascii="Arial" w:hAnsi="Arial" w:cs="Arial"/>
              </w:rPr>
              <w:t>Latin America and the Caribbean (Estimated)</w:t>
            </w:r>
          </w:p>
          <w:p w14:paraId="71B642DC" w14:textId="3B545070" w:rsidR="00304129" w:rsidRPr="0056605D" w:rsidRDefault="00304129" w:rsidP="00304129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82FE48F" w14:textId="77777777" w:rsidR="00304129" w:rsidRPr="0056605D" w:rsidRDefault="00304129" w:rsidP="00304129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1,905,151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0603EB4" w14:textId="77777777" w:rsidR="00304129" w:rsidRPr="0056605D" w:rsidRDefault="00304129" w:rsidP="00304129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168,332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75269DD" w14:textId="77777777" w:rsidR="00304129" w:rsidRPr="0056605D" w:rsidRDefault="00304129" w:rsidP="00304129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204,960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5FB42165" w14:textId="77777777" w:rsidR="00304129" w:rsidRPr="0056605D" w:rsidRDefault="00304129" w:rsidP="00304129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2,278,3</w:t>
            </w:r>
            <w:r>
              <w:rPr>
                <w:rFonts w:ascii="Arial" w:hAnsi="Arial" w:cs="Arial"/>
              </w:rPr>
              <w:t>91</w:t>
            </w:r>
          </w:p>
        </w:tc>
      </w:tr>
      <w:tr w:rsidR="00304129" w:rsidRPr="0056605D" w14:paraId="2F30F1A6" w14:textId="77777777" w:rsidTr="00D54656">
        <w:trPr>
          <w:trHeight w:val="300"/>
        </w:trPr>
        <w:tc>
          <w:tcPr>
            <w:tcW w:w="3600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5C4D9EC4" w14:textId="77777777" w:rsidR="00304129" w:rsidRPr="0056605D" w:rsidRDefault="00304129" w:rsidP="00304129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8D0A8C9" w14:textId="77777777" w:rsidR="00304129" w:rsidRPr="0056605D" w:rsidRDefault="00304129" w:rsidP="00304129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(74%)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7E7E9DA" w14:textId="77777777" w:rsidR="00304129" w:rsidRPr="0056605D" w:rsidRDefault="00304129" w:rsidP="00304129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(72%)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703514C" w14:textId="77777777" w:rsidR="00304129" w:rsidRPr="0056605D" w:rsidRDefault="00304129" w:rsidP="00304129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(63%)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552A92C" w14:textId="77777777" w:rsidR="00304129" w:rsidRPr="0056605D" w:rsidRDefault="00304129" w:rsidP="00304129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C36EF0">
              <w:rPr>
                <w:rFonts w:ascii="Arial" w:hAnsi="Arial" w:cs="Arial"/>
              </w:rPr>
              <w:t>76%</w:t>
            </w:r>
            <w:r>
              <w:rPr>
                <w:rFonts w:ascii="Arial" w:hAnsi="Arial" w:cs="Arial"/>
              </w:rPr>
              <w:t>)</w:t>
            </w:r>
          </w:p>
        </w:tc>
      </w:tr>
      <w:tr w:rsidR="00304129" w:rsidRPr="0056605D" w14:paraId="54CA0A04" w14:textId="77777777" w:rsidTr="00D54656">
        <w:trPr>
          <w:trHeight w:val="320"/>
        </w:trPr>
        <w:tc>
          <w:tcPr>
            <w:tcW w:w="36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03B34008" w14:textId="4E0394B8" w:rsidR="00304129" w:rsidRPr="0056605D" w:rsidRDefault="00304129" w:rsidP="00304129">
            <w:pPr>
              <w:pStyle w:val="Tabletext"/>
              <w:spacing w:line="276" w:lineRule="auto"/>
              <w:jc w:val="left"/>
              <w:rPr>
                <w:rFonts w:ascii="Arial" w:hAnsi="Arial" w:cs="Arial"/>
              </w:rPr>
            </w:pPr>
            <w:r w:rsidRPr="005262B9">
              <w:rPr>
                <w:rFonts w:ascii="Arial" w:hAnsi="Arial" w:cs="Arial"/>
              </w:rPr>
              <w:t>Distribution of Total Care Hours by Type of Care Recipient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0EAC1467" w14:textId="77777777" w:rsidR="00304129" w:rsidRPr="0056605D" w:rsidRDefault="00304129" w:rsidP="00304129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85%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7A976E4F" w14:textId="77777777" w:rsidR="00304129" w:rsidRPr="0056605D" w:rsidRDefault="00304129" w:rsidP="00304129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7%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1E6FC410" w14:textId="77777777" w:rsidR="00304129" w:rsidRPr="0056605D" w:rsidRDefault="00304129" w:rsidP="00304129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9%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40C15AED" w14:textId="77777777" w:rsidR="00304129" w:rsidRPr="0056605D" w:rsidRDefault="00304129" w:rsidP="00304129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</w:tbl>
    <w:p w14:paraId="6AF58567" w14:textId="77777777" w:rsidR="00DB5388" w:rsidRDefault="00DB5388" w:rsidP="00DB5388">
      <w:pPr>
        <w:pStyle w:val="Sourcenotes"/>
        <w:spacing w:line="240" w:lineRule="auto"/>
        <w:rPr>
          <w:rFonts w:ascii="Arial" w:hAnsi="Arial" w:cs="Arial"/>
          <w:sz w:val="16"/>
          <w:szCs w:val="16"/>
        </w:rPr>
      </w:pPr>
      <w:r w:rsidRPr="0056605D">
        <w:rPr>
          <w:rFonts w:ascii="Arial" w:hAnsi="Arial" w:cs="Arial"/>
          <w:sz w:val="16"/>
          <w:szCs w:val="16"/>
        </w:rPr>
        <w:t>Source: see Table 1. Notes: see Table 1</w:t>
      </w:r>
      <w:r>
        <w:rPr>
          <w:rFonts w:ascii="Arial" w:hAnsi="Arial" w:cs="Arial"/>
          <w:sz w:val="16"/>
          <w:szCs w:val="16"/>
        </w:rPr>
        <w:t>.</w:t>
      </w:r>
    </w:p>
    <w:p w14:paraId="3C598725" w14:textId="77777777" w:rsidR="00DB5388" w:rsidRDefault="00DB5388" w:rsidP="00EF0F32">
      <w:pPr>
        <w:pStyle w:val="Caption"/>
      </w:pPr>
    </w:p>
    <w:p w14:paraId="229492F3" w14:textId="126B6049" w:rsidR="00EF0F32" w:rsidRDefault="00EF0F32" w:rsidP="00EF0F32">
      <w:pPr>
        <w:pStyle w:val="Caption"/>
      </w:pPr>
      <w:r>
        <w:t>Table A</w:t>
      </w:r>
      <w:r w:rsidR="00304129">
        <w:t>5</w:t>
      </w:r>
      <w:r>
        <w:t xml:space="preserve">.4. </w:t>
      </w:r>
      <w:r w:rsidR="00304129" w:rsidRPr="00304129">
        <w:t>Number of Caregivers (Thousands) and Share of Women (%, in Parentheses), by Country and Type of Recipient</w:t>
      </w:r>
      <w:r>
        <w:t xml:space="preserve"> (</w:t>
      </w:r>
      <w:r w:rsidR="00304129">
        <w:t>R</w:t>
      </w:r>
      <w:r>
        <w:t xml:space="preserve">eplication of Table 2, with </w:t>
      </w:r>
      <w:r w:rsidR="00304129">
        <w:t>D</w:t>
      </w:r>
      <w:r>
        <w:t xml:space="preserve">istribution of </w:t>
      </w:r>
      <w:r w:rsidR="00304129">
        <w:t>Persons with Disabilities</w:t>
      </w:r>
      <w:r>
        <w:t xml:space="preserve"> based on data from Chile) </w:t>
      </w:r>
    </w:p>
    <w:p w14:paraId="6194541A" w14:textId="77777777" w:rsidR="00DB5388" w:rsidRPr="00DB5388" w:rsidRDefault="00DB5388" w:rsidP="00DB5388"/>
    <w:tbl>
      <w:tblPr>
        <w:tblW w:w="9660" w:type="dxa"/>
        <w:tblLook w:val="04A0" w:firstRow="1" w:lastRow="0" w:firstColumn="1" w:lastColumn="0" w:noHBand="0" w:noVBand="1"/>
      </w:tblPr>
      <w:tblGrid>
        <w:gridCol w:w="3402"/>
        <w:gridCol w:w="1522"/>
        <w:gridCol w:w="1747"/>
        <w:gridCol w:w="1744"/>
        <w:gridCol w:w="1245"/>
      </w:tblGrid>
      <w:tr w:rsidR="00304129" w:rsidRPr="0056605D" w14:paraId="2DB25096" w14:textId="77777777" w:rsidTr="00AB41E7">
        <w:trPr>
          <w:trHeight w:val="320"/>
        </w:trPr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8D64B45" w14:textId="77777777" w:rsidR="00304129" w:rsidRPr="0056605D" w:rsidRDefault="00304129" w:rsidP="00304129">
            <w:pPr>
              <w:pStyle w:val="Tabletext"/>
              <w:keepLines/>
              <w:jc w:val="both"/>
              <w:rPr>
                <w:rFonts w:ascii="Arial" w:hAnsi="Arial" w:cs="Arial"/>
              </w:rPr>
            </w:pPr>
            <w:r w:rsidRPr="0056605D">
              <w:rPr>
                <w:rFonts w:ascii="Arial" w:hAnsi="Arial" w:cs="Arial"/>
              </w:rPr>
              <w:t> </w:t>
            </w:r>
          </w:p>
        </w:tc>
        <w:tc>
          <w:tcPr>
            <w:tcW w:w="625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0126B7D" w14:textId="39963E85" w:rsidR="00304129" w:rsidRPr="0056605D" w:rsidRDefault="00304129" w:rsidP="00304129">
            <w:pPr>
              <w:pStyle w:val="Tabletext"/>
              <w:keepLines/>
              <w:jc w:val="center"/>
              <w:rPr>
                <w:rFonts w:ascii="Arial" w:hAnsi="Arial" w:cs="Arial"/>
              </w:rPr>
            </w:pPr>
            <w:r w:rsidRPr="0056605D">
              <w:rPr>
                <w:rFonts w:ascii="Arial" w:hAnsi="Arial" w:cs="Arial"/>
              </w:rPr>
              <w:t xml:space="preserve">Type of </w:t>
            </w:r>
            <w:r>
              <w:rPr>
                <w:rFonts w:ascii="Arial" w:hAnsi="Arial" w:cs="Arial"/>
              </w:rPr>
              <w:t>C</w:t>
            </w:r>
            <w:r w:rsidRPr="0056605D">
              <w:rPr>
                <w:rFonts w:ascii="Arial" w:hAnsi="Arial" w:cs="Arial"/>
              </w:rPr>
              <w:t xml:space="preserve">are </w:t>
            </w:r>
            <w:r>
              <w:rPr>
                <w:rFonts w:ascii="Arial" w:hAnsi="Arial" w:cs="Arial"/>
              </w:rPr>
              <w:t>R</w:t>
            </w:r>
            <w:r w:rsidRPr="0056605D">
              <w:rPr>
                <w:rFonts w:ascii="Arial" w:hAnsi="Arial" w:cs="Arial"/>
              </w:rPr>
              <w:t>ecipient</w:t>
            </w:r>
          </w:p>
        </w:tc>
      </w:tr>
      <w:tr w:rsidR="00304129" w:rsidRPr="0056605D" w14:paraId="1AE098E9" w14:textId="77777777" w:rsidTr="00AB41E7">
        <w:trPr>
          <w:trHeight w:val="44"/>
        </w:trPr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CCA4A7C" w14:textId="77777777" w:rsidR="00304129" w:rsidRPr="0056605D" w:rsidRDefault="00304129" w:rsidP="00304129">
            <w:pPr>
              <w:pStyle w:val="Tabletext"/>
              <w:keepLines/>
              <w:jc w:val="both"/>
              <w:rPr>
                <w:rFonts w:ascii="Arial" w:hAnsi="Arial" w:cs="Arial"/>
              </w:rPr>
            </w:pPr>
            <w:r w:rsidRPr="0056605D">
              <w:rPr>
                <w:rFonts w:ascii="Arial" w:hAnsi="Arial" w:cs="Arial"/>
              </w:rPr>
              <w:t>Country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D0F5EAA" w14:textId="77777777" w:rsidR="00304129" w:rsidRPr="00C36EF0" w:rsidRDefault="00304129" w:rsidP="00304129">
            <w:pPr>
              <w:pStyle w:val="Tabletext"/>
              <w:keepLines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Children</w:t>
            </w:r>
          </w:p>
          <w:p w14:paraId="54566055" w14:textId="41AF6CB6" w:rsidR="00304129" w:rsidRPr="0056605D" w:rsidRDefault="00304129" w:rsidP="00304129">
            <w:pPr>
              <w:pStyle w:val="Tabletext"/>
              <w:keepLines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>A</w:t>
            </w:r>
            <w:r w:rsidRPr="00C36EF0">
              <w:rPr>
                <w:rFonts w:ascii="Arial" w:hAnsi="Arial" w:cs="Arial"/>
              </w:rPr>
              <w:t>ge &lt;15)</w:t>
            </w:r>
            <w:r w:rsidRPr="0027723A">
              <w:rPr>
                <w:rFonts w:ascii="Arial" w:hAnsi="Arial" w:cs="Arial"/>
                <w:vertAlign w:val="superscript"/>
              </w:rPr>
              <w:t>a</w:t>
            </w:r>
          </w:p>
        </w:tc>
        <w:tc>
          <w:tcPr>
            <w:tcW w:w="17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438D5D0" w14:textId="77777777" w:rsidR="00304129" w:rsidRPr="00C36EF0" w:rsidRDefault="00304129" w:rsidP="00304129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Persons with Disabilities</w:t>
            </w:r>
          </w:p>
          <w:p w14:paraId="5E4C2CCA" w14:textId="636F40B7" w:rsidR="00304129" w:rsidRPr="0056605D" w:rsidRDefault="00304129" w:rsidP="00304129">
            <w:pPr>
              <w:pStyle w:val="Tabletext"/>
              <w:keepLines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>A</w:t>
            </w:r>
            <w:r w:rsidRPr="00C36EF0">
              <w:rPr>
                <w:rFonts w:ascii="Arial" w:hAnsi="Arial" w:cs="Arial"/>
              </w:rPr>
              <w:t>ge 15-</w:t>
            </w:r>
            <w:proofErr w:type="gramStart"/>
            <w:r w:rsidRPr="00C36EF0">
              <w:rPr>
                <w:rFonts w:ascii="Arial" w:hAnsi="Arial" w:cs="Arial"/>
              </w:rPr>
              <w:t>64)</w:t>
            </w:r>
            <w:r w:rsidRPr="0027723A">
              <w:rPr>
                <w:rFonts w:ascii="Arial" w:hAnsi="Arial" w:cs="Arial"/>
                <w:vertAlign w:val="superscript"/>
              </w:rPr>
              <w:t>b</w:t>
            </w:r>
            <w:proofErr w:type="gramEnd"/>
            <w:r w:rsidRPr="00C36EF0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7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B5F18FA" w14:textId="67D76809" w:rsidR="00304129" w:rsidRPr="0056605D" w:rsidRDefault="00304129" w:rsidP="00304129">
            <w:pPr>
              <w:pStyle w:val="Tabletext"/>
              <w:keepLines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 xml:space="preserve">Older </w:t>
            </w:r>
            <w:r>
              <w:rPr>
                <w:rFonts w:ascii="Arial" w:hAnsi="Arial" w:cs="Arial"/>
              </w:rPr>
              <w:t>P</w:t>
            </w:r>
            <w:r w:rsidRPr="00C36EF0">
              <w:rPr>
                <w:rFonts w:ascii="Arial" w:hAnsi="Arial" w:cs="Arial"/>
              </w:rPr>
              <w:t>eople (</w:t>
            </w:r>
            <w:r>
              <w:rPr>
                <w:rFonts w:ascii="Arial" w:hAnsi="Arial" w:cs="Arial"/>
              </w:rPr>
              <w:t>A</w:t>
            </w:r>
            <w:r w:rsidRPr="00C36EF0">
              <w:rPr>
                <w:rFonts w:ascii="Arial" w:hAnsi="Arial" w:cs="Arial"/>
              </w:rPr>
              <w:t xml:space="preserve">ge </w:t>
            </w:r>
            <w:r>
              <w:rPr>
                <w:rFonts w:ascii="Arial" w:hAnsi="Arial" w:cs="Arial"/>
              </w:rPr>
              <w:t>≥</w:t>
            </w:r>
            <w:proofErr w:type="gramStart"/>
            <w:r w:rsidRPr="00C36EF0">
              <w:rPr>
                <w:rFonts w:ascii="Arial" w:hAnsi="Arial" w:cs="Arial"/>
              </w:rPr>
              <w:t>65)</w:t>
            </w:r>
            <w:r>
              <w:rPr>
                <w:rFonts w:ascii="Arial" w:hAnsi="Arial" w:cs="Arial"/>
                <w:vertAlign w:val="superscript"/>
              </w:rPr>
              <w:t>c</w:t>
            </w:r>
            <w:proofErr w:type="gramEnd"/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A4DEF41" w14:textId="294766E4" w:rsidR="00304129" w:rsidRPr="0056605D" w:rsidRDefault="00304129" w:rsidP="00304129">
            <w:pPr>
              <w:pStyle w:val="Tabletext"/>
              <w:keepLines/>
              <w:rPr>
                <w:rFonts w:ascii="Arial" w:hAnsi="Arial" w:cs="Arial"/>
              </w:rPr>
            </w:pPr>
            <w:proofErr w:type="spellStart"/>
            <w:r w:rsidRPr="00C36EF0">
              <w:rPr>
                <w:rFonts w:ascii="Arial" w:hAnsi="Arial" w:cs="Arial"/>
              </w:rPr>
              <w:t>Total</w:t>
            </w:r>
            <w:r w:rsidRPr="00304129">
              <w:rPr>
                <w:rFonts w:ascii="Arial" w:hAnsi="Arial" w:cs="Arial"/>
                <w:vertAlign w:val="superscript"/>
              </w:rPr>
              <w:t>d</w:t>
            </w:r>
            <w:proofErr w:type="spellEnd"/>
          </w:p>
        </w:tc>
      </w:tr>
      <w:tr w:rsidR="00EF0F32" w:rsidRPr="0056605D" w14:paraId="3F27503E" w14:textId="77777777" w:rsidTr="00AB41E7">
        <w:trPr>
          <w:trHeight w:val="300"/>
        </w:trPr>
        <w:tc>
          <w:tcPr>
            <w:tcW w:w="3402" w:type="dxa"/>
            <w:vMerge w:val="restar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556E5B5" w14:textId="77777777" w:rsidR="00EF0F32" w:rsidRPr="0056605D" w:rsidRDefault="00EF0F32" w:rsidP="00AB41E7">
            <w:pPr>
              <w:pStyle w:val="Tabletext"/>
              <w:keepLines/>
              <w:jc w:val="both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Argentina</w:t>
            </w:r>
            <w:r>
              <w:rPr>
                <w:rFonts w:ascii="Arial" w:hAnsi="Arial" w:cs="Arial"/>
              </w:rPr>
              <w:t>*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B71A08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5,268</w:t>
            </w:r>
          </w:p>
        </w:tc>
        <w:tc>
          <w:tcPr>
            <w:tcW w:w="174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6E9779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352</w:t>
            </w:r>
          </w:p>
        </w:tc>
        <w:tc>
          <w:tcPr>
            <w:tcW w:w="174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B5CC61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1,112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6E93C2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6,017</w:t>
            </w:r>
          </w:p>
        </w:tc>
      </w:tr>
      <w:tr w:rsidR="00EF0F32" w:rsidRPr="0056605D" w14:paraId="691E34D2" w14:textId="77777777" w:rsidTr="00AB41E7">
        <w:trPr>
          <w:trHeight w:val="320"/>
        </w:trPr>
        <w:tc>
          <w:tcPr>
            <w:tcW w:w="3402" w:type="dxa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23E4166" w14:textId="77777777" w:rsidR="00EF0F32" w:rsidRPr="0056605D" w:rsidRDefault="00EF0F32" w:rsidP="00AB41E7">
            <w:pPr>
              <w:pStyle w:val="Tabletext"/>
              <w:keepLines/>
              <w:jc w:val="both"/>
              <w:rPr>
                <w:rFonts w:ascii="Arial" w:hAnsi="Arial" w:cs="Arial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95FCEF5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(67%)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B934BDF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(65%)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CD26CB3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(60%)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FA0DBD4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(66%)</w:t>
            </w:r>
          </w:p>
        </w:tc>
      </w:tr>
      <w:tr w:rsidR="00EF0F32" w:rsidRPr="0056605D" w14:paraId="02584100" w14:textId="77777777" w:rsidTr="00AB41E7">
        <w:trPr>
          <w:trHeight w:val="300"/>
        </w:trPr>
        <w:tc>
          <w:tcPr>
            <w:tcW w:w="3402" w:type="dxa"/>
            <w:vMerge w:val="restar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6DD5034" w14:textId="77777777" w:rsidR="00EF0F32" w:rsidRPr="0056605D" w:rsidRDefault="00EF0F32" w:rsidP="00AB41E7">
            <w:pPr>
              <w:pStyle w:val="Tabletext"/>
              <w:keepLines/>
              <w:jc w:val="both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Brazil</w:t>
            </w:r>
            <w:r>
              <w:rPr>
                <w:rFonts w:ascii="Arial" w:hAnsi="Arial" w:cs="Arial"/>
              </w:rPr>
              <w:t>**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5AB4A8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42,133</w:t>
            </w:r>
          </w:p>
        </w:tc>
        <w:tc>
          <w:tcPr>
            <w:tcW w:w="174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D15BBC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8,298</w:t>
            </w:r>
          </w:p>
        </w:tc>
        <w:tc>
          <w:tcPr>
            <w:tcW w:w="174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B918CF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8,896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F98B0C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54,544</w:t>
            </w:r>
          </w:p>
        </w:tc>
      </w:tr>
      <w:tr w:rsidR="00EF0F32" w:rsidRPr="0056605D" w14:paraId="4FBDC1C7" w14:textId="77777777" w:rsidTr="00AB41E7">
        <w:trPr>
          <w:trHeight w:val="320"/>
        </w:trPr>
        <w:tc>
          <w:tcPr>
            <w:tcW w:w="3402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EC25739" w14:textId="77777777" w:rsidR="00EF0F32" w:rsidRPr="0056605D" w:rsidRDefault="00EF0F32" w:rsidP="00AB41E7">
            <w:pPr>
              <w:pStyle w:val="Tabletext"/>
              <w:keepLines/>
              <w:jc w:val="both"/>
              <w:rPr>
                <w:rFonts w:ascii="Arial" w:hAnsi="Arial" w:cs="Arial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098DE5B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(62%)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3971FD4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(62%)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7ACC888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(61%)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A95CBF2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(61%)</w:t>
            </w:r>
          </w:p>
        </w:tc>
      </w:tr>
      <w:tr w:rsidR="00EF0F32" w:rsidRPr="0056605D" w14:paraId="1FD12F7E" w14:textId="77777777" w:rsidTr="00AB41E7">
        <w:trPr>
          <w:trHeight w:val="300"/>
        </w:trPr>
        <w:tc>
          <w:tcPr>
            <w:tcW w:w="3402" w:type="dxa"/>
            <w:vMerge w:val="restar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DBFD858" w14:textId="77777777" w:rsidR="00EF0F32" w:rsidRPr="0056605D" w:rsidRDefault="00EF0F32" w:rsidP="00AB41E7">
            <w:pPr>
              <w:pStyle w:val="Tabletext"/>
              <w:keepLines/>
              <w:jc w:val="both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Chile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DB74C6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  <w:color w:val="EE0000"/>
              </w:rPr>
            </w:pPr>
            <w:r>
              <w:rPr>
                <w:rFonts w:ascii="Arial" w:hAnsi="Arial" w:cs="Arial"/>
              </w:rPr>
              <w:t>4,527</w:t>
            </w:r>
          </w:p>
        </w:tc>
        <w:tc>
          <w:tcPr>
            <w:tcW w:w="174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1B8A60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  <w:color w:val="EE0000"/>
              </w:rPr>
            </w:pPr>
            <w:r>
              <w:rPr>
                <w:rFonts w:ascii="Arial" w:hAnsi="Arial" w:cs="Arial"/>
              </w:rPr>
              <w:t>1,658</w:t>
            </w:r>
          </w:p>
        </w:tc>
        <w:tc>
          <w:tcPr>
            <w:tcW w:w="174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98526D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  <w:color w:val="EE0000"/>
              </w:rPr>
            </w:pPr>
            <w:r>
              <w:rPr>
                <w:rFonts w:ascii="Arial" w:hAnsi="Arial" w:cs="Arial"/>
              </w:rPr>
              <w:t>1,005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9EF95C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  <w:color w:val="EE0000"/>
              </w:rPr>
            </w:pPr>
            <w:r>
              <w:rPr>
                <w:rFonts w:ascii="Arial" w:hAnsi="Arial" w:cs="Arial"/>
              </w:rPr>
              <w:t>4,814</w:t>
            </w:r>
          </w:p>
        </w:tc>
      </w:tr>
      <w:tr w:rsidR="00EF0F32" w:rsidRPr="0056605D" w14:paraId="34E7668B" w14:textId="77777777" w:rsidTr="00AB41E7">
        <w:trPr>
          <w:trHeight w:val="320"/>
        </w:trPr>
        <w:tc>
          <w:tcPr>
            <w:tcW w:w="3402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717ABEC" w14:textId="77777777" w:rsidR="00EF0F32" w:rsidRPr="0056605D" w:rsidRDefault="00EF0F32" w:rsidP="00AB41E7">
            <w:pPr>
              <w:pStyle w:val="Tabletext"/>
              <w:keepLines/>
              <w:jc w:val="both"/>
              <w:rPr>
                <w:rFonts w:ascii="Arial" w:hAnsi="Arial" w:cs="Arial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22B4A96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(62%)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1D92BC3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(64%)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370DEC9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(60%)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C1FA41B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(61%)</w:t>
            </w:r>
          </w:p>
        </w:tc>
      </w:tr>
      <w:tr w:rsidR="00EF0F32" w:rsidRPr="0056605D" w14:paraId="3920ABE8" w14:textId="77777777" w:rsidTr="00AB41E7">
        <w:trPr>
          <w:trHeight w:val="300"/>
        </w:trPr>
        <w:tc>
          <w:tcPr>
            <w:tcW w:w="3402" w:type="dxa"/>
            <w:vMerge w:val="restar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C55A7F5" w14:textId="77777777" w:rsidR="00EF0F32" w:rsidRPr="0056605D" w:rsidRDefault="00EF0F32" w:rsidP="00AB41E7">
            <w:pPr>
              <w:pStyle w:val="Tabletext"/>
              <w:keepLines/>
              <w:jc w:val="both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Colombia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192417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6,151</w:t>
            </w:r>
          </w:p>
        </w:tc>
        <w:tc>
          <w:tcPr>
            <w:tcW w:w="174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8A6822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152</w:t>
            </w:r>
          </w:p>
        </w:tc>
        <w:tc>
          <w:tcPr>
            <w:tcW w:w="174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C9E233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325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F7B67E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6,575</w:t>
            </w:r>
          </w:p>
        </w:tc>
      </w:tr>
      <w:tr w:rsidR="00EF0F32" w:rsidRPr="0056605D" w14:paraId="53F9DA3B" w14:textId="77777777" w:rsidTr="00AB41E7">
        <w:trPr>
          <w:trHeight w:val="320"/>
        </w:trPr>
        <w:tc>
          <w:tcPr>
            <w:tcW w:w="3402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56FBC99" w14:textId="77777777" w:rsidR="00EF0F32" w:rsidRPr="0056605D" w:rsidRDefault="00EF0F32" w:rsidP="00AB41E7">
            <w:pPr>
              <w:pStyle w:val="Tabletext"/>
              <w:keepLines/>
              <w:jc w:val="both"/>
              <w:rPr>
                <w:rFonts w:ascii="Arial" w:hAnsi="Arial" w:cs="Arial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AA300D7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(73%)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A6407FA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(82%)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A92F3C9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(76%)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29F4A80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(73%)</w:t>
            </w:r>
          </w:p>
        </w:tc>
      </w:tr>
      <w:tr w:rsidR="00EF0F32" w:rsidRPr="0056605D" w14:paraId="22673989" w14:textId="77777777" w:rsidTr="00AB41E7">
        <w:trPr>
          <w:trHeight w:val="300"/>
        </w:trPr>
        <w:tc>
          <w:tcPr>
            <w:tcW w:w="3402" w:type="dxa"/>
            <w:vMerge w:val="restar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335D915" w14:textId="77777777" w:rsidR="00EF0F32" w:rsidRPr="0056605D" w:rsidRDefault="00EF0F32" w:rsidP="00AB41E7">
            <w:pPr>
              <w:pStyle w:val="Tabletext"/>
              <w:keepLines/>
              <w:jc w:val="both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Costa Rica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D5D7B1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1,125</w:t>
            </w:r>
          </w:p>
        </w:tc>
        <w:tc>
          <w:tcPr>
            <w:tcW w:w="174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C06BB5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</w:t>
            </w:r>
          </w:p>
        </w:tc>
        <w:tc>
          <w:tcPr>
            <w:tcW w:w="174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F0C064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188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119AAA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1,217</w:t>
            </w:r>
          </w:p>
        </w:tc>
      </w:tr>
      <w:tr w:rsidR="00EF0F32" w:rsidRPr="0056605D" w14:paraId="1CE54B66" w14:textId="77777777" w:rsidTr="00AB41E7">
        <w:trPr>
          <w:trHeight w:val="320"/>
        </w:trPr>
        <w:tc>
          <w:tcPr>
            <w:tcW w:w="3402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D170513" w14:textId="77777777" w:rsidR="00EF0F32" w:rsidRPr="0056605D" w:rsidRDefault="00EF0F32" w:rsidP="00AB41E7">
            <w:pPr>
              <w:pStyle w:val="Tabletext"/>
              <w:keepLines/>
              <w:jc w:val="both"/>
              <w:rPr>
                <w:rFonts w:ascii="Arial" w:hAnsi="Arial" w:cs="Arial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72A8E9C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(62%)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6ADAEF2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(61%)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01D3D32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(60%)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CC1ABB7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(61%)</w:t>
            </w:r>
          </w:p>
        </w:tc>
      </w:tr>
      <w:tr w:rsidR="00EF0F32" w:rsidRPr="0056605D" w14:paraId="021AEED1" w14:textId="77777777" w:rsidTr="00AB41E7">
        <w:trPr>
          <w:trHeight w:val="300"/>
        </w:trPr>
        <w:tc>
          <w:tcPr>
            <w:tcW w:w="3402" w:type="dxa"/>
            <w:vMerge w:val="restar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38A3936" w14:textId="77777777" w:rsidR="00EF0F32" w:rsidRPr="0056605D" w:rsidRDefault="00EF0F32" w:rsidP="00AB41E7">
            <w:pPr>
              <w:pStyle w:val="Tabletext"/>
              <w:keepLines/>
              <w:jc w:val="both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El Salvador</w:t>
            </w:r>
            <w:r>
              <w:rPr>
                <w:rFonts w:ascii="Arial" w:hAnsi="Arial" w:cs="Arial"/>
              </w:rPr>
              <w:t>*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C18617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827</w:t>
            </w:r>
          </w:p>
        </w:tc>
        <w:tc>
          <w:tcPr>
            <w:tcW w:w="174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41E00C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51</w:t>
            </w:r>
          </w:p>
        </w:tc>
        <w:tc>
          <w:tcPr>
            <w:tcW w:w="174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3CEEF9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484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A88C4A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863</w:t>
            </w:r>
          </w:p>
        </w:tc>
      </w:tr>
      <w:tr w:rsidR="00EF0F32" w:rsidRPr="0056605D" w14:paraId="254A0AD7" w14:textId="77777777" w:rsidTr="00AB41E7">
        <w:trPr>
          <w:trHeight w:val="320"/>
        </w:trPr>
        <w:tc>
          <w:tcPr>
            <w:tcW w:w="3402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E488C09" w14:textId="77777777" w:rsidR="00EF0F32" w:rsidRPr="0056605D" w:rsidRDefault="00EF0F32" w:rsidP="00AB41E7">
            <w:pPr>
              <w:pStyle w:val="Tabletext"/>
              <w:keepLines/>
              <w:jc w:val="both"/>
              <w:rPr>
                <w:rFonts w:ascii="Arial" w:hAnsi="Arial" w:cs="Arial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0311362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(74%)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5C1667A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(66%)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78521EC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(57%)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9733F24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(69%)</w:t>
            </w:r>
          </w:p>
        </w:tc>
      </w:tr>
      <w:tr w:rsidR="00EF0F32" w:rsidRPr="0056605D" w14:paraId="59C1F87E" w14:textId="77777777" w:rsidTr="00AB41E7">
        <w:trPr>
          <w:trHeight w:val="300"/>
        </w:trPr>
        <w:tc>
          <w:tcPr>
            <w:tcW w:w="3402" w:type="dxa"/>
            <w:vMerge w:val="restar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48EADE1" w14:textId="77777777" w:rsidR="00EF0F32" w:rsidRPr="0056605D" w:rsidRDefault="00EF0F32" w:rsidP="00AB41E7">
            <w:pPr>
              <w:pStyle w:val="Tabletext"/>
              <w:keepLines/>
              <w:jc w:val="both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Mexico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B14711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40,984</w:t>
            </w:r>
          </w:p>
        </w:tc>
        <w:tc>
          <w:tcPr>
            <w:tcW w:w="174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FFFEBC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2,529</w:t>
            </w:r>
          </w:p>
        </w:tc>
        <w:tc>
          <w:tcPr>
            <w:tcW w:w="174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DC6EE8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6,038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977074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41,926</w:t>
            </w:r>
          </w:p>
        </w:tc>
      </w:tr>
      <w:tr w:rsidR="00EF0F32" w:rsidRPr="0056605D" w14:paraId="4F84BDD3" w14:textId="77777777" w:rsidTr="00AB41E7">
        <w:trPr>
          <w:trHeight w:val="320"/>
        </w:trPr>
        <w:tc>
          <w:tcPr>
            <w:tcW w:w="3402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166D843" w14:textId="77777777" w:rsidR="00EF0F32" w:rsidRPr="0056605D" w:rsidRDefault="00EF0F32" w:rsidP="00AB41E7">
            <w:pPr>
              <w:pStyle w:val="Tabletext"/>
              <w:keepLines/>
              <w:jc w:val="both"/>
              <w:rPr>
                <w:rFonts w:ascii="Arial" w:hAnsi="Arial" w:cs="Arial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18337B0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(62%)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1FC415F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(60%)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5647DB4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(54%)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B3731F8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(61%)</w:t>
            </w:r>
          </w:p>
        </w:tc>
      </w:tr>
      <w:tr w:rsidR="00EF0F32" w:rsidRPr="0056605D" w14:paraId="400D3833" w14:textId="77777777" w:rsidTr="00AB41E7">
        <w:trPr>
          <w:trHeight w:val="300"/>
        </w:trPr>
        <w:tc>
          <w:tcPr>
            <w:tcW w:w="3402" w:type="dxa"/>
            <w:vMerge w:val="restar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273337A" w14:textId="77777777" w:rsidR="00EF0F32" w:rsidRPr="0056605D" w:rsidRDefault="00EF0F32" w:rsidP="00AB41E7">
            <w:pPr>
              <w:pStyle w:val="Tabletext"/>
              <w:keepLines/>
              <w:jc w:val="both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Paraguay</w:t>
            </w:r>
            <w:r>
              <w:rPr>
                <w:rFonts w:ascii="Arial" w:hAnsi="Arial" w:cs="Arial"/>
              </w:rPr>
              <w:t>*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8A9169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2,428</w:t>
            </w:r>
          </w:p>
        </w:tc>
        <w:tc>
          <w:tcPr>
            <w:tcW w:w="174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F92490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84</w:t>
            </w:r>
          </w:p>
        </w:tc>
        <w:tc>
          <w:tcPr>
            <w:tcW w:w="174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FC83B9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178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564120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2,560</w:t>
            </w:r>
          </w:p>
        </w:tc>
      </w:tr>
      <w:tr w:rsidR="00EF0F32" w:rsidRPr="0056605D" w14:paraId="30D760B5" w14:textId="77777777" w:rsidTr="00AB41E7">
        <w:trPr>
          <w:trHeight w:val="320"/>
        </w:trPr>
        <w:tc>
          <w:tcPr>
            <w:tcW w:w="3402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631D29E" w14:textId="77777777" w:rsidR="00EF0F32" w:rsidRPr="0056605D" w:rsidRDefault="00EF0F32" w:rsidP="00AB41E7">
            <w:pPr>
              <w:pStyle w:val="Tabletext"/>
              <w:keepLines/>
              <w:jc w:val="both"/>
              <w:rPr>
                <w:rFonts w:ascii="Arial" w:hAnsi="Arial" w:cs="Arial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069EC49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(59%)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A9A9426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(62%)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732314C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(60%)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B9A12FE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(59%)</w:t>
            </w:r>
          </w:p>
        </w:tc>
      </w:tr>
      <w:tr w:rsidR="00EF0F32" w:rsidRPr="0056605D" w14:paraId="68478712" w14:textId="77777777" w:rsidTr="00AB41E7">
        <w:trPr>
          <w:trHeight w:val="300"/>
        </w:trPr>
        <w:tc>
          <w:tcPr>
            <w:tcW w:w="3402" w:type="dxa"/>
            <w:vMerge w:val="restar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1A5CFB4" w14:textId="77777777" w:rsidR="00EF0F32" w:rsidRPr="0056605D" w:rsidRDefault="00EF0F32" w:rsidP="00AB41E7">
            <w:pPr>
              <w:pStyle w:val="Tabletext"/>
              <w:keepLines/>
              <w:jc w:val="both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Peru</w:t>
            </w:r>
            <w:r>
              <w:rPr>
                <w:rFonts w:ascii="Arial" w:hAnsi="Arial" w:cs="Arial"/>
              </w:rPr>
              <w:t>*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1DFEF6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11,214</w:t>
            </w:r>
          </w:p>
        </w:tc>
        <w:tc>
          <w:tcPr>
            <w:tcW w:w="174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CB03A6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464</w:t>
            </w:r>
          </w:p>
        </w:tc>
        <w:tc>
          <w:tcPr>
            <w:tcW w:w="174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57E0CE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3,729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580F15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14,255</w:t>
            </w:r>
          </w:p>
        </w:tc>
      </w:tr>
      <w:tr w:rsidR="00EF0F32" w:rsidRPr="0056605D" w14:paraId="37712084" w14:textId="77777777" w:rsidTr="00AB41E7">
        <w:trPr>
          <w:trHeight w:val="320"/>
        </w:trPr>
        <w:tc>
          <w:tcPr>
            <w:tcW w:w="3402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B15B3B4" w14:textId="77777777" w:rsidR="00EF0F32" w:rsidRPr="0056605D" w:rsidRDefault="00EF0F32" w:rsidP="00AB41E7">
            <w:pPr>
              <w:pStyle w:val="Tabletext"/>
              <w:keepLines/>
              <w:jc w:val="both"/>
              <w:rPr>
                <w:rFonts w:ascii="Arial" w:hAnsi="Arial" w:cs="Arial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A9BC507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(63%)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4E25FB5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(60%)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B7E6523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(57%)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AFAED5E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(61%)</w:t>
            </w:r>
          </w:p>
        </w:tc>
      </w:tr>
      <w:tr w:rsidR="00EF0F32" w:rsidRPr="0056605D" w14:paraId="74756C5B" w14:textId="77777777" w:rsidTr="00AB41E7">
        <w:trPr>
          <w:trHeight w:val="300"/>
        </w:trPr>
        <w:tc>
          <w:tcPr>
            <w:tcW w:w="3402" w:type="dxa"/>
            <w:vMerge w:val="restar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9F93B0D" w14:textId="77777777" w:rsidR="00EF0F32" w:rsidRPr="0056605D" w:rsidRDefault="00EF0F32" w:rsidP="00AB41E7">
            <w:pPr>
              <w:pStyle w:val="Tabletext"/>
              <w:keepLines/>
              <w:jc w:val="both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Uruguay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5B260F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547</w:t>
            </w:r>
          </w:p>
        </w:tc>
        <w:tc>
          <w:tcPr>
            <w:tcW w:w="174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CFDA19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</w:t>
            </w:r>
          </w:p>
        </w:tc>
        <w:tc>
          <w:tcPr>
            <w:tcW w:w="174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EEEA51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112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9FFB38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651</w:t>
            </w:r>
          </w:p>
        </w:tc>
      </w:tr>
      <w:tr w:rsidR="00EF0F32" w:rsidRPr="0056605D" w14:paraId="5E287781" w14:textId="77777777" w:rsidTr="00AB41E7">
        <w:trPr>
          <w:trHeight w:val="320"/>
        </w:trPr>
        <w:tc>
          <w:tcPr>
            <w:tcW w:w="3402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7CAD72B" w14:textId="77777777" w:rsidR="00EF0F32" w:rsidRPr="0056605D" w:rsidRDefault="00EF0F32" w:rsidP="00AB41E7">
            <w:pPr>
              <w:pStyle w:val="Tabletext"/>
              <w:keepLines/>
              <w:jc w:val="both"/>
              <w:rPr>
                <w:rFonts w:ascii="Arial" w:hAnsi="Arial" w:cs="Arial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BAD6D0E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(65%)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73D8328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(69%)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DDD83E7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(63%)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619FDBF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(65%)</w:t>
            </w:r>
          </w:p>
        </w:tc>
      </w:tr>
      <w:tr w:rsidR="00304129" w:rsidRPr="0056605D" w14:paraId="41212EC2" w14:textId="77777777" w:rsidTr="007061AF">
        <w:trPr>
          <w:trHeight w:val="300"/>
        </w:trPr>
        <w:tc>
          <w:tcPr>
            <w:tcW w:w="3402" w:type="dxa"/>
            <w:vMerge w:val="restar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hideMark/>
          </w:tcPr>
          <w:p w14:paraId="7CD365E5" w14:textId="77777777" w:rsidR="00304129" w:rsidRPr="005262B9" w:rsidRDefault="00304129" w:rsidP="00304129">
            <w:pPr>
              <w:pStyle w:val="Tabletext"/>
              <w:keepLines/>
              <w:jc w:val="left"/>
              <w:rPr>
                <w:rFonts w:ascii="Arial" w:hAnsi="Arial" w:cs="Arial"/>
              </w:rPr>
            </w:pPr>
            <w:r w:rsidRPr="005262B9">
              <w:rPr>
                <w:rFonts w:ascii="Arial" w:hAnsi="Arial" w:cs="Arial"/>
              </w:rPr>
              <w:t>Other Countries without Survey Data***</w:t>
            </w:r>
          </w:p>
          <w:p w14:paraId="517D7816" w14:textId="4E7BC222" w:rsidR="00304129" w:rsidRPr="0056605D" w:rsidRDefault="00304129" w:rsidP="00304129">
            <w:pPr>
              <w:pStyle w:val="Tabletext"/>
              <w:keepLines/>
              <w:jc w:val="both"/>
              <w:rPr>
                <w:rFonts w:ascii="Arial" w:hAnsi="Arial" w:cs="Arial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74D73B" w14:textId="77777777" w:rsidR="00304129" w:rsidRPr="0056605D" w:rsidRDefault="00304129" w:rsidP="00304129">
            <w:pPr>
              <w:pStyle w:val="Tabletext"/>
              <w:keepLines/>
              <w:rPr>
                <w:rFonts w:ascii="Arial" w:hAnsi="Arial" w:cs="Arial"/>
                <w:color w:val="EE0000"/>
              </w:rPr>
            </w:pPr>
            <w:r>
              <w:rPr>
                <w:rFonts w:ascii="Arial" w:hAnsi="Arial" w:cs="Arial"/>
              </w:rPr>
              <w:t>36,040</w:t>
            </w:r>
          </w:p>
        </w:tc>
        <w:tc>
          <w:tcPr>
            <w:tcW w:w="174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71DA35" w14:textId="77777777" w:rsidR="00304129" w:rsidRPr="0056605D" w:rsidRDefault="00304129" w:rsidP="00304129">
            <w:pPr>
              <w:pStyle w:val="Tabletext"/>
              <w:keepLines/>
              <w:rPr>
                <w:rFonts w:ascii="Arial" w:hAnsi="Arial" w:cs="Arial"/>
                <w:color w:val="EE0000"/>
              </w:rPr>
            </w:pPr>
            <w:r>
              <w:rPr>
                <w:rFonts w:ascii="Arial" w:hAnsi="Arial" w:cs="Arial"/>
              </w:rPr>
              <w:t>2,331</w:t>
            </w:r>
          </w:p>
        </w:tc>
        <w:tc>
          <w:tcPr>
            <w:tcW w:w="174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CD130B" w14:textId="77777777" w:rsidR="00304129" w:rsidRPr="0056605D" w:rsidRDefault="00304129" w:rsidP="00304129">
            <w:pPr>
              <w:pStyle w:val="Tabletext"/>
              <w:keepLines/>
              <w:rPr>
                <w:rFonts w:ascii="Arial" w:hAnsi="Arial" w:cs="Arial"/>
                <w:color w:val="EE0000"/>
              </w:rPr>
            </w:pPr>
            <w:r>
              <w:rPr>
                <w:rFonts w:ascii="Arial" w:hAnsi="Arial" w:cs="Arial"/>
              </w:rPr>
              <w:t>3,799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608D81" w14:textId="77777777" w:rsidR="00304129" w:rsidRPr="0056605D" w:rsidRDefault="00304129" w:rsidP="00304129">
            <w:pPr>
              <w:pStyle w:val="Tabletext"/>
              <w:keepLines/>
              <w:rPr>
                <w:rFonts w:ascii="Arial" w:hAnsi="Arial" w:cs="Arial"/>
                <w:color w:val="EE0000"/>
              </w:rPr>
            </w:pPr>
            <w:r>
              <w:rPr>
                <w:rFonts w:ascii="Arial" w:hAnsi="Arial" w:cs="Arial"/>
              </w:rPr>
              <w:t>39,582</w:t>
            </w:r>
          </w:p>
        </w:tc>
      </w:tr>
      <w:tr w:rsidR="00304129" w:rsidRPr="0056605D" w14:paraId="1741F370" w14:textId="77777777" w:rsidTr="007061AF">
        <w:trPr>
          <w:trHeight w:val="320"/>
        </w:trPr>
        <w:tc>
          <w:tcPr>
            <w:tcW w:w="3402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310B985A" w14:textId="77777777" w:rsidR="00304129" w:rsidRPr="0056605D" w:rsidRDefault="00304129" w:rsidP="00304129">
            <w:pPr>
              <w:pStyle w:val="Tabletext"/>
              <w:keepLines/>
              <w:jc w:val="both"/>
              <w:rPr>
                <w:rFonts w:ascii="Arial" w:hAnsi="Arial" w:cs="Arial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4E0804D" w14:textId="77777777" w:rsidR="00304129" w:rsidRPr="0056605D" w:rsidRDefault="00304129" w:rsidP="00304129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(63%)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3A6C803" w14:textId="77777777" w:rsidR="00304129" w:rsidRPr="0056605D" w:rsidRDefault="00304129" w:rsidP="00304129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(62%)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0540437" w14:textId="77777777" w:rsidR="00304129" w:rsidRPr="0056605D" w:rsidRDefault="00304129" w:rsidP="00304129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(59%)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23285BF" w14:textId="77777777" w:rsidR="00304129" w:rsidRPr="0056605D" w:rsidRDefault="00304129" w:rsidP="00304129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(62%)</w:t>
            </w:r>
          </w:p>
        </w:tc>
      </w:tr>
      <w:tr w:rsidR="00304129" w:rsidRPr="0056605D" w14:paraId="64ABFFC4" w14:textId="77777777" w:rsidTr="007061AF">
        <w:trPr>
          <w:trHeight w:val="300"/>
        </w:trPr>
        <w:tc>
          <w:tcPr>
            <w:tcW w:w="3402" w:type="dxa"/>
            <w:vMerge w:val="restar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hideMark/>
          </w:tcPr>
          <w:p w14:paraId="6D28ED87" w14:textId="77777777" w:rsidR="00304129" w:rsidRPr="005262B9" w:rsidRDefault="00304129" w:rsidP="00304129">
            <w:pPr>
              <w:pStyle w:val="Tabletext"/>
              <w:keepLines/>
              <w:jc w:val="left"/>
              <w:rPr>
                <w:rFonts w:ascii="Arial" w:hAnsi="Arial" w:cs="Arial"/>
              </w:rPr>
            </w:pPr>
            <w:r w:rsidRPr="005262B9">
              <w:rPr>
                <w:rFonts w:ascii="Arial" w:hAnsi="Arial" w:cs="Arial"/>
              </w:rPr>
              <w:t>Latin America and the Caribbean (Estimated)</w:t>
            </w:r>
          </w:p>
          <w:p w14:paraId="5824DDB0" w14:textId="54F8F056" w:rsidR="00304129" w:rsidRPr="0056605D" w:rsidRDefault="00304129" w:rsidP="00304129">
            <w:pPr>
              <w:pStyle w:val="Tabletext"/>
              <w:keepLines/>
              <w:jc w:val="both"/>
              <w:rPr>
                <w:rFonts w:ascii="Arial" w:hAnsi="Arial" w:cs="Arial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598627" w14:textId="77777777" w:rsidR="00304129" w:rsidRPr="0056605D" w:rsidRDefault="00304129" w:rsidP="00304129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151,245</w:t>
            </w:r>
          </w:p>
        </w:tc>
        <w:tc>
          <w:tcPr>
            <w:tcW w:w="174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7C3826" w14:textId="77777777" w:rsidR="00304129" w:rsidRPr="0056605D" w:rsidRDefault="00304129" w:rsidP="00304129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15,971</w:t>
            </w:r>
          </w:p>
        </w:tc>
        <w:tc>
          <w:tcPr>
            <w:tcW w:w="174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82C334" w14:textId="77777777" w:rsidR="00304129" w:rsidRPr="0056605D" w:rsidRDefault="00304129" w:rsidP="00304129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25,867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875A9C" w14:textId="77777777" w:rsidR="00304129" w:rsidRPr="0056605D" w:rsidRDefault="00304129" w:rsidP="00304129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161,273</w:t>
            </w:r>
          </w:p>
        </w:tc>
      </w:tr>
      <w:tr w:rsidR="00304129" w:rsidRPr="0056605D" w14:paraId="04AB8FBE" w14:textId="77777777" w:rsidTr="007061AF">
        <w:trPr>
          <w:trHeight w:val="300"/>
        </w:trPr>
        <w:tc>
          <w:tcPr>
            <w:tcW w:w="3402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357FEE07" w14:textId="77777777" w:rsidR="00304129" w:rsidRPr="0056605D" w:rsidRDefault="00304129" w:rsidP="00304129">
            <w:pPr>
              <w:pStyle w:val="Tabletext"/>
              <w:keepLines/>
              <w:jc w:val="both"/>
              <w:rPr>
                <w:rFonts w:ascii="Arial" w:hAnsi="Arial" w:cs="Arial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7DB44A2" w14:textId="77777777" w:rsidR="00304129" w:rsidRPr="0056605D" w:rsidRDefault="00304129" w:rsidP="00304129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(61%)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1E4B646" w14:textId="77777777" w:rsidR="00304129" w:rsidRPr="0056605D" w:rsidRDefault="00304129" w:rsidP="00304129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(59%)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E31507B" w14:textId="77777777" w:rsidR="00304129" w:rsidRPr="0056605D" w:rsidRDefault="00304129" w:rsidP="00304129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(58%)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4E9493E" w14:textId="77777777" w:rsidR="00304129" w:rsidRPr="0056605D" w:rsidRDefault="00304129" w:rsidP="00304129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(62%)</w:t>
            </w:r>
          </w:p>
        </w:tc>
      </w:tr>
      <w:tr w:rsidR="00304129" w:rsidRPr="0056605D" w14:paraId="45CA6D81" w14:textId="77777777" w:rsidTr="007061AF">
        <w:trPr>
          <w:trHeight w:val="320"/>
        </w:trPr>
        <w:tc>
          <w:tcPr>
            <w:tcW w:w="340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44B612B0" w14:textId="2350AEB5" w:rsidR="00304129" w:rsidRPr="0056605D" w:rsidRDefault="00304129" w:rsidP="00304129">
            <w:pPr>
              <w:pStyle w:val="Tabletext"/>
              <w:keepLines/>
              <w:jc w:val="left"/>
              <w:rPr>
                <w:rFonts w:ascii="Arial" w:hAnsi="Arial" w:cs="Arial"/>
              </w:rPr>
            </w:pPr>
            <w:r w:rsidRPr="005262B9">
              <w:rPr>
                <w:rFonts w:ascii="Arial" w:hAnsi="Arial" w:cs="Arial"/>
              </w:rPr>
              <w:t>Distribution of Care</w:t>
            </w:r>
            <w:r>
              <w:rPr>
                <w:rFonts w:ascii="Arial" w:hAnsi="Arial" w:cs="Arial"/>
              </w:rPr>
              <w:t xml:space="preserve">givers </w:t>
            </w:r>
            <w:r w:rsidRPr="005262B9">
              <w:rPr>
                <w:rFonts w:ascii="Arial" w:hAnsi="Arial" w:cs="Arial"/>
              </w:rPr>
              <w:t>by Type of Care Recipient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7F7B94A" w14:textId="77777777" w:rsidR="00304129" w:rsidRPr="0056605D" w:rsidRDefault="00304129" w:rsidP="00304129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94%</w:t>
            </w:r>
          </w:p>
        </w:tc>
        <w:tc>
          <w:tcPr>
            <w:tcW w:w="174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58C0D13" w14:textId="77777777" w:rsidR="00304129" w:rsidRPr="0056605D" w:rsidRDefault="00304129" w:rsidP="00304129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10%</w:t>
            </w:r>
          </w:p>
        </w:tc>
        <w:tc>
          <w:tcPr>
            <w:tcW w:w="174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8DE466E" w14:textId="77777777" w:rsidR="00304129" w:rsidRPr="0056605D" w:rsidRDefault="00304129" w:rsidP="00304129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16%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240AA1A" w14:textId="77777777" w:rsidR="00304129" w:rsidRPr="0056605D" w:rsidRDefault="00304129" w:rsidP="00304129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</w:tbl>
    <w:p w14:paraId="01D7C156" w14:textId="77777777" w:rsidR="00EF0F32" w:rsidRDefault="00EF0F32" w:rsidP="00EF0F32">
      <w:pPr>
        <w:pStyle w:val="Sourcenotes"/>
        <w:spacing w:line="240" w:lineRule="auto"/>
        <w:rPr>
          <w:rFonts w:ascii="Arial" w:hAnsi="Arial" w:cs="Arial"/>
          <w:sz w:val="16"/>
          <w:szCs w:val="16"/>
        </w:rPr>
      </w:pPr>
      <w:r w:rsidRPr="0056605D">
        <w:rPr>
          <w:rFonts w:ascii="Arial" w:hAnsi="Arial" w:cs="Arial"/>
          <w:sz w:val="16"/>
          <w:szCs w:val="16"/>
        </w:rPr>
        <w:t xml:space="preserve">Source: see Table 1. Notes: see Table 1. </w:t>
      </w:r>
      <w:r>
        <w:rPr>
          <w:rFonts w:ascii="Arial" w:hAnsi="Arial" w:cs="Arial"/>
          <w:sz w:val="16"/>
          <w:szCs w:val="16"/>
        </w:rPr>
        <w:t>d</w:t>
      </w:r>
      <w:r w:rsidRPr="0056605D">
        <w:rPr>
          <w:rFonts w:ascii="Arial" w:hAnsi="Arial" w:cs="Arial"/>
          <w:sz w:val="16"/>
          <w:szCs w:val="16"/>
        </w:rPr>
        <w:t xml:space="preserve"> </w:t>
      </w:r>
      <w:proofErr w:type="gramStart"/>
      <w:r w:rsidRPr="0056605D">
        <w:rPr>
          <w:rFonts w:ascii="Arial" w:hAnsi="Arial" w:cs="Arial"/>
          <w:sz w:val="16"/>
          <w:szCs w:val="16"/>
        </w:rPr>
        <w:t>The</w:t>
      </w:r>
      <w:proofErr w:type="gramEnd"/>
      <w:r w:rsidRPr="0056605D">
        <w:rPr>
          <w:rFonts w:ascii="Arial" w:hAnsi="Arial" w:cs="Arial"/>
          <w:sz w:val="16"/>
          <w:szCs w:val="16"/>
        </w:rPr>
        <w:t xml:space="preserve"> total number of caregivers does not match the sum by type of care recipient, because some caregivers provide care simultaneously to more than one type of recipient.</w:t>
      </w:r>
    </w:p>
    <w:p w14:paraId="4D20C10E" w14:textId="77777777" w:rsidR="00EF0F32" w:rsidRPr="00756B5D" w:rsidRDefault="00EF0F32" w:rsidP="00EF0F32">
      <w:pPr>
        <w:spacing w:after="160" w:line="278" w:lineRule="auto"/>
        <w:rPr>
          <w:rFonts w:ascii="Arial" w:hAnsi="Arial" w:cs="Arial"/>
          <w:b/>
          <w:sz w:val="22"/>
          <w:szCs w:val="22"/>
        </w:rPr>
      </w:pPr>
    </w:p>
    <w:p w14:paraId="7C9B147F" w14:textId="77777777" w:rsidR="00EF0F32" w:rsidRDefault="00EF0F32" w:rsidP="00EF0F32">
      <w:pPr>
        <w:spacing w:after="160" w:line="278" w:lineRule="auto"/>
        <w:rPr>
          <w:rFonts w:ascii="Arial" w:hAnsi="Arial" w:cs="Arial"/>
          <w:b/>
          <w:bCs/>
          <w:sz w:val="22"/>
          <w:szCs w:val="22"/>
        </w:rPr>
      </w:pPr>
    </w:p>
    <w:p w14:paraId="646E37E2" w14:textId="77777777" w:rsidR="00EF0F32" w:rsidRDefault="00EF0F32" w:rsidP="00EF0F32">
      <w:pPr>
        <w:spacing w:after="160" w:line="278" w:lineRule="auto"/>
        <w:rPr>
          <w:rFonts w:ascii="Arial" w:hAnsi="Arial" w:cs="Arial"/>
          <w:b/>
          <w:bCs/>
          <w:sz w:val="22"/>
          <w:szCs w:val="22"/>
        </w:rPr>
      </w:pPr>
    </w:p>
    <w:p w14:paraId="4BF1F6FD" w14:textId="76FE4E3D" w:rsidR="00EF0F32" w:rsidRDefault="00EF0F32" w:rsidP="00EF0F32">
      <w:pPr>
        <w:pStyle w:val="Caption"/>
      </w:pPr>
      <w:r>
        <w:lastRenderedPageBreak/>
        <w:t>Table A</w:t>
      </w:r>
      <w:r w:rsidR="00DB5388">
        <w:t>5</w:t>
      </w:r>
      <w:r>
        <w:t>.</w:t>
      </w:r>
      <w:r w:rsidR="00DB5388">
        <w:t>5</w:t>
      </w:r>
      <w:r>
        <w:t xml:space="preserve">. </w:t>
      </w:r>
      <w:r w:rsidR="00DB5388" w:rsidRPr="005262B9">
        <w:t>Weekly Hours of Direct Care (Thousands) and Women’s Share (%, in Parentheses), by Country and Type of Recipient</w:t>
      </w:r>
      <w:r w:rsidR="00DB5388">
        <w:t xml:space="preserve"> (Replication of Table 1, with Distribution of Persons with Disabilities Based on Data from </w:t>
      </w:r>
      <w:r w:rsidR="00DB5388">
        <w:t>Colombia</w:t>
      </w:r>
      <w:r w:rsidR="00DB5388">
        <w:t>)</w:t>
      </w:r>
    </w:p>
    <w:p w14:paraId="1C9D2C17" w14:textId="77777777" w:rsidR="00EF0F32" w:rsidRPr="00982A96" w:rsidRDefault="00EF0F32" w:rsidP="00EF0F32"/>
    <w:tbl>
      <w:tblPr>
        <w:tblW w:w="8922" w:type="dxa"/>
        <w:tblLook w:val="04A0" w:firstRow="1" w:lastRow="0" w:firstColumn="1" w:lastColumn="0" w:noHBand="0" w:noVBand="1"/>
      </w:tblPr>
      <w:tblGrid>
        <w:gridCol w:w="3600"/>
        <w:gridCol w:w="1260"/>
        <w:gridCol w:w="1368"/>
        <w:gridCol w:w="1512"/>
        <w:gridCol w:w="1182"/>
      </w:tblGrid>
      <w:tr w:rsidR="00EF0F32" w:rsidRPr="0056605D" w14:paraId="40002055" w14:textId="77777777" w:rsidTr="00AB41E7">
        <w:trPr>
          <w:trHeight w:val="320"/>
        </w:trPr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4B14293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  <w:r w:rsidRPr="0056605D">
              <w:rPr>
                <w:rFonts w:ascii="Arial" w:hAnsi="Arial" w:cs="Arial"/>
              </w:rPr>
              <w:t> </w:t>
            </w:r>
          </w:p>
        </w:tc>
        <w:tc>
          <w:tcPr>
            <w:tcW w:w="53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F53E189" w14:textId="46A8C931" w:rsidR="00EF0F32" w:rsidRPr="0056605D" w:rsidRDefault="00EF0F32" w:rsidP="00AB41E7">
            <w:pPr>
              <w:pStyle w:val="Tabletext"/>
              <w:spacing w:line="276" w:lineRule="auto"/>
              <w:jc w:val="center"/>
              <w:rPr>
                <w:rFonts w:ascii="Arial" w:hAnsi="Arial" w:cs="Arial"/>
              </w:rPr>
            </w:pPr>
            <w:r w:rsidRPr="0056605D">
              <w:rPr>
                <w:rFonts w:ascii="Arial" w:hAnsi="Arial" w:cs="Arial"/>
              </w:rPr>
              <w:t xml:space="preserve">Type of care </w:t>
            </w:r>
            <w:r w:rsidR="00DB5388">
              <w:rPr>
                <w:rFonts w:ascii="Arial" w:hAnsi="Arial" w:cs="Arial"/>
              </w:rPr>
              <w:t>R</w:t>
            </w:r>
            <w:r w:rsidRPr="0056605D">
              <w:rPr>
                <w:rFonts w:ascii="Arial" w:hAnsi="Arial" w:cs="Arial"/>
              </w:rPr>
              <w:t>ecipient</w:t>
            </w:r>
          </w:p>
        </w:tc>
      </w:tr>
      <w:tr w:rsidR="00DB5388" w:rsidRPr="0056605D" w14:paraId="07272142" w14:textId="77777777" w:rsidTr="00AB41E7">
        <w:trPr>
          <w:trHeight w:val="493"/>
        </w:trPr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FE5355E" w14:textId="77777777" w:rsidR="00DB5388" w:rsidRPr="0056605D" w:rsidRDefault="00DB5388" w:rsidP="00DB5388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  <w:r w:rsidRPr="0056605D">
              <w:rPr>
                <w:rFonts w:ascii="Arial" w:hAnsi="Arial" w:cs="Arial"/>
              </w:rPr>
              <w:t>Country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2DF6DF1" w14:textId="77777777" w:rsidR="00DB5388" w:rsidRPr="00C36EF0" w:rsidRDefault="00DB5388" w:rsidP="00DB5388">
            <w:pPr>
              <w:pStyle w:val="Tabletext"/>
              <w:keepLines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Children</w:t>
            </w:r>
          </w:p>
          <w:p w14:paraId="0486E951" w14:textId="20896E4D" w:rsidR="00DB5388" w:rsidRPr="000D0B80" w:rsidRDefault="00DB5388" w:rsidP="00DB5388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>A</w:t>
            </w:r>
            <w:r w:rsidRPr="00C36EF0">
              <w:rPr>
                <w:rFonts w:ascii="Arial" w:hAnsi="Arial" w:cs="Arial"/>
              </w:rPr>
              <w:t>ge &lt;15)</w:t>
            </w:r>
            <w:r w:rsidRPr="0027723A">
              <w:rPr>
                <w:rFonts w:ascii="Arial" w:hAnsi="Arial" w:cs="Arial"/>
                <w:vertAlign w:val="superscript"/>
              </w:rPr>
              <w:t>a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0E68B24" w14:textId="77777777" w:rsidR="00DB5388" w:rsidRPr="00C36EF0" w:rsidRDefault="00DB5388" w:rsidP="00DB5388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Persons with Disabilities</w:t>
            </w:r>
          </w:p>
          <w:p w14:paraId="1F2DBE26" w14:textId="4774A14B" w:rsidR="00DB5388" w:rsidRPr="000D0B80" w:rsidRDefault="00DB5388" w:rsidP="00DB5388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>A</w:t>
            </w:r>
            <w:r w:rsidRPr="00C36EF0">
              <w:rPr>
                <w:rFonts w:ascii="Arial" w:hAnsi="Arial" w:cs="Arial"/>
              </w:rPr>
              <w:t>ge 15-</w:t>
            </w:r>
            <w:proofErr w:type="gramStart"/>
            <w:r w:rsidRPr="00C36EF0">
              <w:rPr>
                <w:rFonts w:ascii="Arial" w:hAnsi="Arial" w:cs="Arial"/>
              </w:rPr>
              <w:t>64)</w:t>
            </w:r>
            <w:r w:rsidRPr="0027723A">
              <w:rPr>
                <w:rFonts w:ascii="Arial" w:hAnsi="Arial" w:cs="Arial"/>
                <w:vertAlign w:val="superscript"/>
              </w:rPr>
              <w:t>b</w:t>
            </w:r>
            <w:proofErr w:type="gramEnd"/>
            <w:r w:rsidRPr="00C36EF0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8E472ED" w14:textId="5CF72727" w:rsidR="00DB5388" w:rsidRPr="000D0B80" w:rsidRDefault="00DB5388" w:rsidP="00DB5388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 xml:space="preserve">Older </w:t>
            </w:r>
            <w:r>
              <w:rPr>
                <w:rFonts w:ascii="Arial" w:hAnsi="Arial" w:cs="Arial"/>
              </w:rPr>
              <w:t>P</w:t>
            </w:r>
            <w:r w:rsidRPr="00C36EF0">
              <w:rPr>
                <w:rFonts w:ascii="Arial" w:hAnsi="Arial" w:cs="Arial"/>
              </w:rPr>
              <w:t>eople (</w:t>
            </w:r>
            <w:r>
              <w:rPr>
                <w:rFonts w:ascii="Arial" w:hAnsi="Arial" w:cs="Arial"/>
              </w:rPr>
              <w:t>A</w:t>
            </w:r>
            <w:r w:rsidRPr="00C36EF0">
              <w:rPr>
                <w:rFonts w:ascii="Arial" w:hAnsi="Arial" w:cs="Arial"/>
              </w:rPr>
              <w:t xml:space="preserve">ge </w:t>
            </w:r>
            <w:r>
              <w:rPr>
                <w:rFonts w:ascii="Arial" w:hAnsi="Arial" w:cs="Arial"/>
              </w:rPr>
              <w:t>≥</w:t>
            </w:r>
            <w:proofErr w:type="gramStart"/>
            <w:r w:rsidRPr="00C36EF0">
              <w:rPr>
                <w:rFonts w:ascii="Arial" w:hAnsi="Arial" w:cs="Arial"/>
              </w:rPr>
              <w:t>65)</w:t>
            </w:r>
            <w:r>
              <w:rPr>
                <w:rFonts w:ascii="Arial" w:hAnsi="Arial" w:cs="Arial"/>
                <w:vertAlign w:val="superscript"/>
              </w:rPr>
              <w:t>c</w:t>
            </w:r>
            <w:proofErr w:type="gramEnd"/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F19ADA3" w14:textId="45EB8999" w:rsidR="00DB5388" w:rsidRPr="000D0B80" w:rsidRDefault="00DB5388" w:rsidP="00DB5388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Total </w:t>
            </w:r>
          </w:p>
        </w:tc>
      </w:tr>
      <w:tr w:rsidR="00EF0F32" w:rsidRPr="0056605D" w14:paraId="796D1EA0" w14:textId="77777777" w:rsidTr="00AB41E7">
        <w:trPr>
          <w:trHeight w:val="300"/>
        </w:trPr>
        <w:tc>
          <w:tcPr>
            <w:tcW w:w="3600" w:type="dxa"/>
            <w:vMerge w:val="restar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33388B1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Argentina</w:t>
            </w:r>
            <w:r>
              <w:rPr>
                <w:rFonts w:ascii="Arial" w:hAnsi="Arial" w:cs="Arial"/>
              </w:rPr>
              <w:t>*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B0FAC1D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111,387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534ACF1F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800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7F8A8F5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11,587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976B0E6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123,774</w:t>
            </w:r>
          </w:p>
        </w:tc>
      </w:tr>
      <w:tr w:rsidR="00EF0F32" w:rsidRPr="0056605D" w14:paraId="2C7D3371" w14:textId="77777777" w:rsidTr="00AB41E7">
        <w:trPr>
          <w:trHeight w:val="320"/>
        </w:trPr>
        <w:tc>
          <w:tcPr>
            <w:tcW w:w="3600" w:type="dxa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A3CCD5E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99F88E8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(74%)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8540C7D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(77%)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B6FF9F2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(65%)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1D466EB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C36EF0">
              <w:rPr>
                <w:rFonts w:ascii="Arial" w:hAnsi="Arial" w:cs="Arial"/>
              </w:rPr>
              <w:t>73%</w:t>
            </w:r>
            <w:r>
              <w:rPr>
                <w:rFonts w:ascii="Arial" w:hAnsi="Arial" w:cs="Arial"/>
              </w:rPr>
              <w:t>)</w:t>
            </w:r>
          </w:p>
        </w:tc>
      </w:tr>
      <w:tr w:rsidR="00EF0F32" w:rsidRPr="0056605D" w14:paraId="3C579E39" w14:textId="77777777" w:rsidTr="00AB41E7">
        <w:trPr>
          <w:trHeight w:val="300"/>
        </w:trPr>
        <w:tc>
          <w:tcPr>
            <w:tcW w:w="3600" w:type="dxa"/>
            <w:vMerge w:val="restar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A2B495F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Brazil</w:t>
            </w:r>
            <w:r>
              <w:rPr>
                <w:rFonts w:ascii="Arial" w:hAnsi="Arial" w:cs="Arial"/>
              </w:rPr>
              <w:t xml:space="preserve">** </w:t>
            </w:r>
            <w:r w:rsidRPr="0082776B">
              <w:rPr>
                <w:rFonts w:ascii="Arial" w:hAnsi="Arial" w:cs="Arial"/>
                <w:vertAlign w:val="superscript"/>
              </w:rPr>
              <w:t>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9AA9AC0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529,738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0FF9E67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77,399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596CA969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58,142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8AC12BD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665,280</w:t>
            </w:r>
          </w:p>
        </w:tc>
      </w:tr>
      <w:tr w:rsidR="00EF0F32" w:rsidRPr="0056605D" w14:paraId="5EE8A8B3" w14:textId="77777777" w:rsidTr="00AB41E7">
        <w:trPr>
          <w:trHeight w:val="320"/>
        </w:trPr>
        <w:tc>
          <w:tcPr>
            <w:tcW w:w="3600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85DC814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0D152CD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(77%)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9624A67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(75%)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ACD39A4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(62%)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E293BD2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C36EF0">
              <w:rPr>
                <w:rFonts w:ascii="Arial" w:hAnsi="Arial" w:cs="Arial"/>
              </w:rPr>
              <w:t>75%</w:t>
            </w:r>
            <w:r>
              <w:rPr>
                <w:rFonts w:ascii="Arial" w:hAnsi="Arial" w:cs="Arial"/>
              </w:rPr>
              <w:t>)</w:t>
            </w:r>
          </w:p>
        </w:tc>
      </w:tr>
      <w:tr w:rsidR="00EF0F32" w:rsidRPr="0056605D" w14:paraId="75583155" w14:textId="77777777" w:rsidTr="00AB41E7">
        <w:trPr>
          <w:trHeight w:val="300"/>
        </w:trPr>
        <w:tc>
          <w:tcPr>
            <w:tcW w:w="3600" w:type="dxa"/>
            <w:vMerge w:val="restar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E9CCAD3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Chile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01DB46F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80,059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E9FA725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7,901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DDBFF5A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8,507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BDFD76D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96,467</w:t>
            </w:r>
          </w:p>
        </w:tc>
      </w:tr>
      <w:tr w:rsidR="00EF0F32" w:rsidRPr="0056605D" w14:paraId="4096B0CF" w14:textId="77777777" w:rsidTr="00AB41E7">
        <w:trPr>
          <w:trHeight w:val="320"/>
        </w:trPr>
        <w:tc>
          <w:tcPr>
            <w:tcW w:w="3600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36987AF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2871D84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C36EF0">
              <w:rPr>
                <w:rFonts w:ascii="Arial" w:hAnsi="Arial" w:cs="Arial"/>
              </w:rPr>
              <w:t>70%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4841BBB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C36EF0">
              <w:rPr>
                <w:rFonts w:ascii="Arial" w:hAnsi="Arial" w:cs="Arial"/>
              </w:rPr>
              <w:t>67%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B28B96A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C36EF0">
              <w:rPr>
                <w:rFonts w:ascii="Arial" w:hAnsi="Arial" w:cs="Arial"/>
              </w:rPr>
              <w:t>67%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45DE13D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C36EF0">
              <w:rPr>
                <w:rFonts w:ascii="Arial" w:hAnsi="Arial" w:cs="Arial"/>
              </w:rPr>
              <w:t>70%</w:t>
            </w:r>
            <w:r>
              <w:rPr>
                <w:rFonts w:ascii="Arial" w:hAnsi="Arial" w:cs="Arial"/>
              </w:rPr>
              <w:t>)</w:t>
            </w:r>
          </w:p>
        </w:tc>
      </w:tr>
      <w:tr w:rsidR="00EF0F32" w:rsidRPr="0056605D" w14:paraId="39C18671" w14:textId="77777777" w:rsidTr="00AB41E7">
        <w:trPr>
          <w:trHeight w:val="300"/>
        </w:trPr>
        <w:tc>
          <w:tcPr>
            <w:tcW w:w="3600" w:type="dxa"/>
            <w:vMerge w:val="restar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009D242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Colombia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3D41EBE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105,580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BAC4719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1,580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5B306F62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4,320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C2DF29E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111,480</w:t>
            </w:r>
          </w:p>
        </w:tc>
      </w:tr>
      <w:tr w:rsidR="00EF0F32" w:rsidRPr="0056605D" w14:paraId="7C5A12FC" w14:textId="77777777" w:rsidTr="00AB41E7">
        <w:trPr>
          <w:trHeight w:val="320"/>
        </w:trPr>
        <w:tc>
          <w:tcPr>
            <w:tcW w:w="3600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04F7E3B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4AA8DD4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C36EF0">
              <w:rPr>
                <w:rFonts w:ascii="Arial" w:hAnsi="Arial" w:cs="Arial"/>
              </w:rPr>
              <w:t>82%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E0FC32C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C36EF0">
              <w:rPr>
                <w:rFonts w:ascii="Arial" w:hAnsi="Arial" w:cs="Arial"/>
              </w:rPr>
              <w:t>84%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DBF61EC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C36EF0">
              <w:rPr>
                <w:rFonts w:ascii="Arial" w:hAnsi="Arial" w:cs="Arial"/>
              </w:rPr>
              <w:t>80%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21C8D00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C36EF0">
              <w:rPr>
                <w:rFonts w:ascii="Arial" w:hAnsi="Arial" w:cs="Arial"/>
              </w:rPr>
              <w:t>82%</w:t>
            </w:r>
            <w:r>
              <w:rPr>
                <w:rFonts w:ascii="Arial" w:hAnsi="Arial" w:cs="Arial"/>
              </w:rPr>
              <w:t>)</w:t>
            </w:r>
          </w:p>
        </w:tc>
      </w:tr>
      <w:tr w:rsidR="00EF0F32" w:rsidRPr="0056605D" w14:paraId="13CA0F8E" w14:textId="77777777" w:rsidTr="00AB41E7">
        <w:trPr>
          <w:trHeight w:val="300"/>
        </w:trPr>
        <w:tc>
          <w:tcPr>
            <w:tcW w:w="3600" w:type="dxa"/>
            <w:vMerge w:val="restar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6975385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Costa Rica</w:t>
            </w:r>
            <w:r>
              <w:rPr>
                <w:rFonts w:ascii="Arial" w:hAnsi="Arial" w:cs="Arial"/>
              </w:rPr>
              <w:t xml:space="preserve"> </w:t>
            </w:r>
            <w:r w:rsidRPr="00ED5EC8">
              <w:rPr>
                <w:rFonts w:ascii="Arial" w:hAnsi="Arial" w:cs="Arial"/>
                <w:sz w:val="18"/>
                <w:szCs w:val="18"/>
                <w:vertAlign w:val="superscript"/>
              </w:rPr>
              <w:t>f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66BE677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11,345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4753234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306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5F13DFF6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1,000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883CFDD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12,799</w:t>
            </w:r>
          </w:p>
        </w:tc>
      </w:tr>
      <w:tr w:rsidR="00EF0F32" w:rsidRPr="0056605D" w14:paraId="5769E566" w14:textId="77777777" w:rsidTr="00AB41E7">
        <w:trPr>
          <w:trHeight w:val="320"/>
        </w:trPr>
        <w:tc>
          <w:tcPr>
            <w:tcW w:w="3600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9C36BE3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90ED13C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(72%)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87DC89B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(79%)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C85CC09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(82%)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3F13423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C36EF0">
              <w:rPr>
                <w:rFonts w:ascii="Arial" w:hAnsi="Arial" w:cs="Arial"/>
              </w:rPr>
              <w:t>72%</w:t>
            </w:r>
            <w:r>
              <w:rPr>
                <w:rFonts w:ascii="Arial" w:hAnsi="Arial" w:cs="Arial"/>
              </w:rPr>
              <w:t>)</w:t>
            </w:r>
          </w:p>
        </w:tc>
      </w:tr>
      <w:tr w:rsidR="00EF0F32" w:rsidRPr="0056605D" w14:paraId="201A2263" w14:textId="77777777" w:rsidTr="00AB41E7">
        <w:trPr>
          <w:trHeight w:val="300"/>
        </w:trPr>
        <w:tc>
          <w:tcPr>
            <w:tcW w:w="3600" w:type="dxa"/>
            <w:vMerge w:val="restar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4926D39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El Salvador</w:t>
            </w:r>
            <w:r>
              <w:rPr>
                <w:rFonts w:ascii="Arial" w:hAnsi="Arial" w:cs="Arial"/>
              </w:rPr>
              <w:t>*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5074DE27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13,702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E7B4BB8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158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B14AB9C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4,840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3084A5F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18,699</w:t>
            </w:r>
          </w:p>
        </w:tc>
      </w:tr>
      <w:tr w:rsidR="00EF0F32" w:rsidRPr="0056605D" w14:paraId="4DA6E993" w14:textId="77777777" w:rsidTr="00AB41E7">
        <w:trPr>
          <w:trHeight w:val="320"/>
        </w:trPr>
        <w:tc>
          <w:tcPr>
            <w:tcW w:w="3600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5A5FDD1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C070A33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(79%)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51F271C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(74%)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72C3C41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(60%)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71076B5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C36EF0">
              <w:rPr>
                <w:rFonts w:ascii="Arial" w:hAnsi="Arial" w:cs="Arial"/>
              </w:rPr>
              <w:t>74%</w:t>
            </w:r>
            <w:r>
              <w:rPr>
                <w:rFonts w:ascii="Arial" w:hAnsi="Arial" w:cs="Arial"/>
              </w:rPr>
              <w:t>)</w:t>
            </w:r>
          </w:p>
        </w:tc>
      </w:tr>
      <w:tr w:rsidR="00EF0F32" w:rsidRPr="0056605D" w14:paraId="1E1BFE11" w14:textId="77777777" w:rsidTr="00AB41E7">
        <w:trPr>
          <w:trHeight w:val="300"/>
        </w:trPr>
        <w:tc>
          <w:tcPr>
            <w:tcW w:w="3600" w:type="dxa"/>
            <w:vMerge w:val="restar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75B94EE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Mexico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F6D30D9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480,295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AF7CC21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6,270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5F5EB28D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36,390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EF4BDA3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522,95</w:t>
            </w:r>
            <w:r>
              <w:rPr>
                <w:rFonts w:ascii="Arial" w:hAnsi="Arial" w:cs="Arial"/>
              </w:rPr>
              <w:t>6</w:t>
            </w:r>
          </w:p>
        </w:tc>
      </w:tr>
      <w:tr w:rsidR="00EF0F32" w:rsidRPr="0056605D" w14:paraId="17073680" w14:textId="77777777" w:rsidTr="00AB41E7">
        <w:trPr>
          <w:trHeight w:val="320"/>
        </w:trPr>
        <w:tc>
          <w:tcPr>
            <w:tcW w:w="3600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2EEA293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7DFB76C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(78%)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C8C71CB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(73%)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2F63E22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(63%)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BBA5978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C36EF0">
              <w:rPr>
                <w:rFonts w:ascii="Arial" w:hAnsi="Arial" w:cs="Arial"/>
              </w:rPr>
              <w:t>77%</w:t>
            </w:r>
            <w:r>
              <w:rPr>
                <w:rFonts w:ascii="Arial" w:hAnsi="Arial" w:cs="Arial"/>
              </w:rPr>
              <w:t>)</w:t>
            </w:r>
          </w:p>
        </w:tc>
      </w:tr>
      <w:tr w:rsidR="00EF0F32" w:rsidRPr="0056605D" w14:paraId="25B835F4" w14:textId="77777777" w:rsidTr="00AB41E7">
        <w:trPr>
          <w:trHeight w:val="300"/>
        </w:trPr>
        <w:tc>
          <w:tcPr>
            <w:tcW w:w="3600" w:type="dxa"/>
            <w:vMerge w:val="restar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AC2812E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Paraguay</w:t>
            </w:r>
            <w:r>
              <w:rPr>
                <w:rFonts w:ascii="Arial" w:hAnsi="Arial" w:cs="Arial"/>
              </w:rPr>
              <w:t>*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2E2696C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26,370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2F3386A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169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7C80EBA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1,313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0E9D5B5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27,852</w:t>
            </w:r>
          </w:p>
        </w:tc>
      </w:tr>
      <w:tr w:rsidR="00EF0F32" w:rsidRPr="0056605D" w14:paraId="7D1243C0" w14:textId="77777777" w:rsidTr="00AB41E7">
        <w:trPr>
          <w:trHeight w:val="320"/>
        </w:trPr>
        <w:tc>
          <w:tcPr>
            <w:tcW w:w="3600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6FAAA22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95DAD2E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(71%)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9C9C991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(75%)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D468788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(65%)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5CA4DAA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C36EF0">
              <w:rPr>
                <w:rFonts w:ascii="Arial" w:hAnsi="Arial" w:cs="Arial"/>
              </w:rPr>
              <w:t>71%</w:t>
            </w:r>
          </w:p>
        </w:tc>
      </w:tr>
      <w:tr w:rsidR="00EF0F32" w:rsidRPr="0056605D" w14:paraId="3CC540F6" w14:textId="77777777" w:rsidTr="00AB41E7">
        <w:trPr>
          <w:trHeight w:val="300"/>
        </w:trPr>
        <w:tc>
          <w:tcPr>
            <w:tcW w:w="3600" w:type="dxa"/>
            <w:vMerge w:val="restar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0BE2A84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Peru</w:t>
            </w:r>
            <w:r>
              <w:rPr>
                <w:rFonts w:ascii="Arial" w:hAnsi="Arial" w:cs="Arial"/>
              </w:rPr>
              <w:t>*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5A71D6E7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140,915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5C4E4AA9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1,018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2932111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27,295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16863B1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169,227</w:t>
            </w:r>
          </w:p>
        </w:tc>
      </w:tr>
      <w:tr w:rsidR="00EF0F32" w:rsidRPr="0056605D" w14:paraId="092E5724" w14:textId="77777777" w:rsidTr="00AB41E7">
        <w:trPr>
          <w:trHeight w:val="320"/>
        </w:trPr>
        <w:tc>
          <w:tcPr>
            <w:tcW w:w="3600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659F807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48D1C80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(77%)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48B535C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(70%)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009C9D0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(63%)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28FFECA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C36EF0">
              <w:rPr>
                <w:rFonts w:ascii="Arial" w:hAnsi="Arial" w:cs="Arial"/>
              </w:rPr>
              <w:t>75%</w:t>
            </w:r>
            <w:r>
              <w:rPr>
                <w:rFonts w:ascii="Arial" w:hAnsi="Arial" w:cs="Arial"/>
              </w:rPr>
              <w:t>)</w:t>
            </w:r>
          </w:p>
        </w:tc>
      </w:tr>
      <w:tr w:rsidR="00EF0F32" w:rsidRPr="0056605D" w14:paraId="62FBFDA5" w14:textId="77777777" w:rsidTr="00AB41E7">
        <w:trPr>
          <w:trHeight w:val="300"/>
        </w:trPr>
        <w:tc>
          <w:tcPr>
            <w:tcW w:w="3600" w:type="dxa"/>
            <w:vMerge w:val="restar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1D1A5B1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Uruguay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2CE582E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10,572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119D797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82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770B7DE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1,389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A4A6471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12,043</w:t>
            </w:r>
          </w:p>
        </w:tc>
      </w:tr>
      <w:tr w:rsidR="00EF0F32" w:rsidRPr="0056605D" w14:paraId="63921A1A" w14:textId="77777777" w:rsidTr="00AB41E7">
        <w:trPr>
          <w:trHeight w:val="320"/>
        </w:trPr>
        <w:tc>
          <w:tcPr>
            <w:tcW w:w="3600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83E7E6D" w14:textId="77777777" w:rsidR="00EF0F32" w:rsidRPr="0056605D" w:rsidRDefault="00EF0F32" w:rsidP="00AB41E7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085137C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(72%)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C494780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(60%)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248CFF9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(59%)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E5F2819" w14:textId="77777777" w:rsidR="00EF0F32" w:rsidRPr="0056605D" w:rsidRDefault="00EF0F32" w:rsidP="00AB41E7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C36EF0">
              <w:rPr>
                <w:rFonts w:ascii="Arial" w:hAnsi="Arial" w:cs="Arial"/>
              </w:rPr>
              <w:t>70%</w:t>
            </w:r>
            <w:r>
              <w:rPr>
                <w:rFonts w:ascii="Arial" w:hAnsi="Arial" w:cs="Arial"/>
              </w:rPr>
              <w:t>)</w:t>
            </w:r>
          </w:p>
        </w:tc>
      </w:tr>
      <w:tr w:rsidR="00DB5388" w:rsidRPr="0056605D" w14:paraId="60023DB8" w14:textId="77777777" w:rsidTr="0082745B">
        <w:trPr>
          <w:trHeight w:val="300"/>
        </w:trPr>
        <w:tc>
          <w:tcPr>
            <w:tcW w:w="3600" w:type="dxa"/>
            <w:vMerge w:val="restar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hideMark/>
          </w:tcPr>
          <w:p w14:paraId="32F6F1FD" w14:textId="77777777" w:rsidR="00DB5388" w:rsidRPr="005262B9" w:rsidRDefault="00DB5388" w:rsidP="00DB5388">
            <w:pPr>
              <w:pStyle w:val="Tabletext"/>
              <w:keepLines/>
              <w:jc w:val="left"/>
              <w:rPr>
                <w:rFonts w:ascii="Arial" w:hAnsi="Arial" w:cs="Arial"/>
              </w:rPr>
            </w:pPr>
            <w:r w:rsidRPr="005262B9">
              <w:rPr>
                <w:rFonts w:ascii="Arial" w:hAnsi="Arial" w:cs="Arial"/>
              </w:rPr>
              <w:t>Other Countries without Survey Data***</w:t>
            </w:r>
          </w:p>
          <w:p w14:paraId="7700522D" w14:textId="22BFCBB7" w:rsidR="00DB5388" w:rsidRPr="0056605D" w:rsidRDefault="00DB5388" w:rsidP="00DB5388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25D766A" w14:textId="77777777" w:rsidR="00DB5388" w:rsidRPr="0056605D" w:rsidRDefault="00DB5388" w:rsidP="00DB5388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484,269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694BA44" w14:textId="77777777" w:rsidR="00DB5388" w:rsidRPr="0056605D" w:rsidRDefault="00DB5388" w:rsidP="00DB5388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4,760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2BAA2EA" w14:textId="77777777" w:rsidR="00DB5388" w:rsidRPr="0056605D" w:rsidRDefault="00DB5388" w:rsidP="00DB5388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28,785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D08A72D" w14:textId="77777777" w:rsidR="00DB5388" w:rsidRPr="0056605D" w:rsidRDefault="00DB5388" w:rsidP="00DB5388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517,81</w:t>
            </w:r>
            <w:r>
              <w:rPr>
                <w:rFonts w:ascii="Arial" w:hAnsi="Arial" w:cs="Arial"/>
              </w:rPr>
              <w:t>5</w:t>
            </w:r>
          </w:p>
        </w:tc>
      </w:tr>
      <w:tr w:rsidR="00DB5388" w:rsidRPr="0056605D" w14:paraId="444A08EF" w14:textId="77777777" w:rsidTr="0082745B">
        <w:trPr>
          <w:trHeight w:val="320"/>
        </w:trPr>
        <w:tc>
          <w:tcPr>
            <w:tcW w:w="3600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51069A8D" w14:textId="77777777" w:rsidR="00DB5388" w:rsidRPr="0056605D" w:rsidRDefault="00DB5388" w:rsidP="00DB5388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56403D8" w14:textId="77777777" w:rsidR="00DB5388" w:rsidRPr="0056605D" w:rsidRDefault="00DB5388" w:rsidP="00DB5388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(63%)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8F4292B" w14:textId="77777777" w:rsidR="00DB5388" w:rsidRPr="0056605D" w:rsidRDefault="00DB5388" w:rsidP="00DB5388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(62%)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9DC3D32" w14:textId="77777777" w:rsidR="00DB5388" w:rsidRPr="0056605D" w:rsidRDefault="00DB5388" w:rsidP="00DB5388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(59%)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1249A8F" w14:textId="77777777" w:rsidR="00DB5388" w:rsidRPr="0056605D" w:rsidRDefault="00DB5388" w:rsidP="00DB5388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C36EF0">
              <w:rPr>
                <w:rFonts w:ascii="Arial" w:hAnsi="Arial" w:cs="Arial"/>
              </w:rPr>
              <w:t>66%</w:t>
            </w:r>
            <w:r>
              <w:rPr>
                <w:rFonts w:ascii="Arial" w:hAnsi="Arial" w:cs="Arial"/>
              </w:rPr>
              <w:t>)</w:t>
            </w:r>
          </w:p>
        </w:tc>
      </w:tr>
      <w:tr w:rsidR="00DB5388" w:rsidRPr="0056605D" w14:paraId="2B1F6845" w14:textId="77777777" w:rsidTr="0082745B">
        <w:trPr>
          <w:trHeight w:val="300"/>
        </w:trPr>
        <w:tc>
          <w:tcPr>
            <w:tcW w:w="3600" w:type="dxa"/>
            <w:vMerge w:val="restar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hideMark/>
          </w:tcPr>
          <w:p w14:paraId="27EC8C78" w14:textId="77777777" w:rsidR="00DB5388" w:rsidRPr="005262B9" w:rsidRDefault="00DB5388" w:rsidP="00DB5388">
            <w:pPr>
              <w:pStyle w:val="Tabletext"/>
              <w:keepLines/>
              <w:jc w:val="left"/>
              <w:rPr>
                <w:rFonts w:ascii="Arial" w:hAnsi="Arial" w:cs="Arial"/>
              </w:rPr>
            </w:pPr>
            <w:r w:rsidRPr="005262B9">
              <w:rPr>
                <w:rFonts w:ascii="Arial" w:hAnsi="Arial" w:cs="Arial"/>
              </w:rPr>
              <w:t>Latin America and the Caribbean (Estimated)</w:t>
            </w:r>
          </w:p>
          <w:p w14:paraId="6745A05F" w14:textId="46AE4DD4" w:rsidR="00DB5388" w:rsidRPr="0056605D" w:rsidRDefault="00DB5388" w:rsidP="00DB5388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5265DC3" w14:textId="77777777" w:rsidR="00DB5388" w:rsidRPr="0056605D" w:rsidRDefault="00DB5388" w:rsidP="00DB5388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1,994,232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5BE7E857" w14:textId="77777777" w:rsidR="00DB5388" w:rsidRPr="0056605D" w:rsidRDefault="00DB5388" w:rsidP="00DB5388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100,442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AC93E06" w14:textId="77777777" w:rsidR="00DB5388" w:rsidRPr="0056605D" w:rsidRDefault="00DB5388" w:rsidP="00DB5388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183,569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55D6603" w14:textId="77777777" w:rsidR="00DB5388" w:rsidRPr="0056605D" w:rsidRDefault="00DB5388" w:rsidP="00DB5388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2,278,3</w:t>
            </w:r>
            <w:r>
              <w:rPr>
                <w:rFonts w:ascii="Arial" w:hAnsi="Arial" w:cs="Arial"/>
              </w:rPr>
              <w:t>91</w:t>
            </w:r>
          </w:p>
        </w:tc>
      </w:tr>
      <w:tr w:rsidR="00DB5388" w:rsidRPr="0056605D" w14:paraId="5C96AD7B" w14:textId="77777777" w:rsidTr="0082745B">
        <w:trPr>
          <w:trHeight w:val="300"/>
        </w:trPr>
        <w:tc>
          <w:tcPr>
            <w:tcW w:w="3600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6EEFD71C" w14:textId="77777777" w:rsidR="00DB5388" w:rsidRPr="0056605D" w:rsidRDefault="00DB5388" w:rsidP="00DB5388">
            <w:pPr>
              <w:pStyle w:val="Tabletext"/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21C4848" w14:textId="77777777" w:rsidR="00DB5388" w:rsidRPr="0056605D" w:rsidRDefault="00DB5388" w:rsidP="00DB5388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(74%)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20DB66B" w14:textId="77777777" w:rsidR="00DB5388" w:rsidRPr="0056605D" w:rsidRDefault="00DB5388" w:rsidP="00DB5388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(71%)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31BEC8F" w14:textId="77777777" w:rsidR="00DB5388" w:rsidRPr="0056605D" w:rsidRDefault="00DB5388" w:rsidP="00DB5388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(62%)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14EF194" w14:textId="77777777" w:rsidR="00DB5388" w:rsidRPr="0056605D" w:rsidRDefault="00DB5388" w:rsidP="00DB5388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C36EF0">
              <w:rPr>
                <w:rFonts w:ascii="Arial" w:hAnsi="Arial" w:cs="Arial"/>
              </w:rPr>
              <w:t>76%</w:t>
            </w:r>
            <w:r>
              <w:rPr>
                <w:rFonts w:ascii="Arial" w:hAnsi="Arial" w:cs="Arial"/>
              </w:rPr>
              <w:t>)</w:t>
            </w:r>
          </w:p>
        </w:tc>
      </w:tr>
      <w:tr w:rsidR="00DB5388" w:rsidRPr="0056605D" w14:paraId="66B5AEA9" w14:textId="77777777" w:rsidTr="0082745B">
        <w:trPr>
          <w:trHeight w:val="320"/>
        </w:trPr>
        <w:tc>
          <w:tcPr>
            <w:tcW w:w="36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1B8A250C" w14:textId="744A9770" w:rsidR="00DB5388" w:rsidRPr="0056605D" w:rsidRDefault="00DB5388" w:rsidP="00DB5388">
            <w:pPr>
              <w:pStyle w:val="Tabletext"/>
              <w:spacing w:line="276" w:lineRule="auto"/>
              <w:jc w:val="left"/>
              <w:rPr>
                <w:rFonts w:ascii="Arial" w:hAnsi="Arial" w:cs="Arial"/>
              </w:rPr>
            </w:pPr>
            <w:r w:rsidRPr="005262B9">
              <w:rPr>
                <w:rFonts w:ascii="Arial" w:hAnsi="Arial" w:cs="Arial"/>
              </w:rPr>
              <w:t>Distribution of Total Care Hours by Type of Care Recipient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1DBBFD47" w14:textId="77777777" w:rsidR="00DB5388" w:rsidRPr="0056605D" w:rsidRDefault="00DB5388" w:rsidP="00DB5388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88%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4FF03DF2" w14:textId="77777777" w:rsidR="00DB5388" w:rsidRPr="0056605D" w:rsidRDefault="00DB5388" w:rsidP="00DB5388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4%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4E854CBF" w14:textId="77777777" w:rsidR="00DB5388" w:rsidRPr="0056605D" w:rsidRDefault="00DB5388" w:rsidP="00DB5388">
            <w:pPr>
              <w:pStyle w:val="Tabletex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8%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6ADE2170" w14:textId="77777777" w:rsidR="00DB5388" w:rsidRPr="0056605D" w:rsidRDefault="00DB5388" w:rsidP="00DB5388">
            <w:pPr>
              <w:pStyle w:val="Tabletext"/>
              <w:spacing w:line="276" w:lineRule="auto"/>
              <w:rPr>
                <w:rFonts w:ascii="Arial" w:hAnsi="Arial" w:cs="Arial"/>
              </w:rPr>
            </w:pPr>
          </w:p>
        </w:tc>
      </w:tr>
    </w:tbl>
    <w:p w14:paraId="62FA75AA" w14:textId="77777777" w:rsidR="00EF0F32" w:rsidRDefault="00EF0F32" w:rsidP="00EF0F32">
      <w:pPr>
        <w:pStyle w:val="Sourcenotes"/>
        <w:spacing w:line="240" w:lineRule="auto"/>
        <w:rPr>
          <w:rFonts w:ascii="Arial" w:hAnsi="Arial" w:cs="Arial"/>
          <w:sz w:val="16"/>
          <w:szCs w:val="16"/>
        </w:rPr>
      </w:pPr>
      <w:r w:rsidRPr="0056605D">
        <w:rPr>
          <w:rFonts w:ascii="Arial" w:hAnsi="Arial" w:cs="Arial"/>
          <w:sz w:val="16"/>
          <w:szCs w:val="16"/>
        </w:rPr>
        <w:t>Source: see Table 1. Notes: see Table 1</w:t>
      </w:r>
      <w:r>
        <w:rPr>
          <w:rFonts w:ascii="Arial" w:hAnsi="Arial" w:cs="Arial"/>
          <w:sz w:val="16"/>
          <w:szCs w:val="16"/>
        </w:rPr>
        <w:t>.</w:t>
      </w:r>
    </w:p>
    <w:p w14:paraId="3D80E6A8" w14:textId="77777777" w:rsidR="00EF0F32" w:rsidRDefault="00EF0F32" w:rsidP="00EF0F32">
      <w:pPr>
        <w:pStyle w:val="Caption"/>
      </w:pPr>
    </w:p>
    <w:p w14:paraId="151D8417" w14:textId="77777777" w:rsidR="00EF0F32" w:rsidRDefault="00EF0F32" w:rsidP="00EF0F32">
      <w:pPr>
        <w:pStyle w:val="Caption"/>
      </w:pPr>
    </w:p>
    <w:p w14:paraId="28611DA8" w14:textId="77777777" w:rsidR="00EF0F32" w:rsidRPr="00F01D33" w:rsidRDefault="00EF0F32" w:rsidP="00EF0F32"/>
    <w:p w14:paraId="50436626" w14:textId="547F9253" w:rsidR="00DB5388" w:rsidRDefault="00EF0F32" w:rsidP="00DB5388">
      <w:pPr>
        <w:pStyle w:val="Caption"/>
      </w:pPr>
      <w:r>
        <w:lastRenderedPageBreak/>
        <w:t>Table A</w:t>
      </w:r>
      <w:r w:rsidR="00DB5388">
        <w:t>5.6</w:t>
      </w:r>
      <w:r>
        <w:t xml:space="preserve">. </w:t>
      </w:r>
      <w:r w:rsidR="00DB5388" w:rsidRPr="00304129">
        <w:t>Number of Caregivers (Thousands) and Share of Women (%, in Parentheses), by Country and Type of Recipient</w:t>
      </w:r>
      <w:r w:rsidR="00DB5388">
        <w:t xml:space="preserve"> (Replication of Table 2, with Distribution of Persons with Disabilities based on data from </w:t>
      </w:r>
      <w:r w:rsidR="00DB5388">
        <w:t>Colombia</w:t>
      </w:r>
      <w:r w:rsidR="00DB5388">
        <w:t xml:space="preserve">) </w:t>
      </w:r>
    </w:p>
    <w:p w14:paraId="5C5ED27F" w14:textId="77777777" w:rsidR="00DB5388" w:rsidRPr="00DB5388" w:rsidRDefault="00DB5388" w:rsidP="00DB5388"/>
    <w:tbl>
      <w:tblPr>
        <w:tblW w:w="9660" w:type="dxa"/>
        <w:tblLook w:val="04A0" w:firstRow="1" w:lastRow="0" w:firstColumn="1" w:lastColumn="0" w:noHBand="0" w:noVBand="1"/>
      </w:tblPr>
      <w:tblGrid>
        <w:gridCol w:w="3402"/>
        <w:gridCol w:w="1522"/>
        <w:gridCol w:w="1747"/>
        <w:gridCol w:w="1744"/>
        <w:gridCol w:w="1245"/>
      </w:tblGrid>
      <w:tr w:rsidR="00DB5388" w:rsidRPr="0056605D" w14:paraId="1E5E9F6D" w14:textId="77777777" w:rsidTr="00AB41E7">
        <w:trPr>
          <w:trHeight w:val="320"/>
        </w:trPr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B041F19" w14:textId="680BA50B" w:rsidR="00DB5388" w:rsidRPr="0056605D" w:rsidRDefault="00DB5388" w:rsidP="00DB5388">
            <w:pPr>
              <w:pStyle w:val="Tabletext"/>
              <w:keepLines/>
              <w:jc w:val="both"/>
              <w:rPr>
                <w:rFonts w:ascii="Arial" w:hAnsi="Arial" w:cs="Arial"/>
              </w:rPr>
            </w:pPr>
            <w:r>
              <w:t xml:space="preserve"> </w:t>
            </w:r>
            <w:r w:rsidRPr="0056605D">
              <w:rPr>
                <w:rFonts w:ascii="Arial" w:hAnsi="Arial" w:cs="Arial"/>
              </w:rPr>
              <w:t> </w:t>
            </w:r>
          </w:p>
        </w:tc>
        <w:tc>
          <w:tcPr>
            <w:tcW w:w="625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82A006A" w14:textId="2297FB63" w:rsidR="00DB5388" w:rsidRPr="0056605D" w:rsidRDefault="00DB5388" w:rsidP="00DB5388">
            <w:pPr>
              <w:pStyle w:val="Tabletext"/>
              <w:keepLines/>
              <w:jc w:val="center"/>
              <w:rPr>
                <w:rFonts w:ascii="Arial" w:hAnsi="Arial" w:cs="Arial"/>
              </w:rPr>
            </w:pPr>
            <w:r w:rsidRPr="0056605D">
              <w:rPr>
                <w:rFonts w:ascii="Arial" w:hAnsi="Arial" w:cs="Arial"/>
              </w:rPr>
              <w:t xml:space="preserve">Type of care </w:t>
            </w:r>
            <w:r>
              <w:rPr>
                <w:rFonts w:ascii="Arial" w:hAnsi="Arial" w:cs="Arial"/>
              </w:rPr>
              <w:t>R</w:t>
            </w:r>
            <w:r w:rsidRPr="0056605D">
              <w:rPr>
                <w:rFonts w:ascii="Arial" w:hAnsi="Arial" w:cs="Arial"/>
              </w:rPr>
              <w:t>ecipient</w:t>
            </w:r>
          </w:p>
        </w:tc>
      </w:tr>
      <w:tr w:rsidR="00DB5388" w:rsidRPr="0056605D" w14:paraId="7C68DDE5" w14:textId="77777777" w:rsidTr="00AB41E7">
        <w:trPr>
          <w:trHeight w:val="44"/>
        </w:trPr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F16E5ED" w14:textId="77777777" w:rsidR="00DB5388" w:rsidRPr="0056605D" w:rsidRDefault="00DB5388" w:rsidP="00DB5388">
            <w:pPr>
              <w:pStyle w:val="Tabletext"/>
              <w:keepLines/>
              <w:jc w:val="both"/>
              <w:rPr>
                <w:rFonts w:ascii="Arial" w:hAnsi="Arial" w:cs="Arial"/>
              </w:rPr>
            </w:pPr>
            <w:r w:rsidRPr="0056605D">
              <w:rPr>
                <w:rFonts w:ascii="Arial" w:hAnsi="Arial" w:cs="Arial"/>
              </w:rPr>
              <w:t>Country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F7EE1BA" w14:textId="77777777" w:rsidR="00DB5388" w:rsidRPr="00C36EF0" w:rsidRDefault="00DB5388" w:rsidP="00DB5388">
            <w:pPr>
              <w:pStyle w:val="Tabletext"/>
              <w:keepLines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Children</w:t>
            </w:r>
          </w:p>
          <w:p w14:paraId="61768312" w14:textId="61A66CAB" w:rsidR="00DB5388" w:rsidRPr="0056605D" w:rsidRDefault="00DB5388" w:rsidP="00DB5388">
            <w:pPr>
              <w:pStyle w:val="Tabletext"/>
              <w:keepLines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>A</w:t>
            </w:r>
            <w:r w:rsidRPr="00C36EF0">
              <w:rPr>
                <w:rFonts w:ascii="Arial" w:hAnsi="Arial" w:cs="Arial"/>
              </w:rPr>
              <w:t>ge &lt;15)</w:t>
            </w:r>
            <w:r w:rsidRPr="0027723A">
              <w:rPr>
                <w:rFonts w:ascii="Arial" w:hAnsi="Arial" w:cs="Arial"/>
                <w:vertAlign w:val="superscript"/>
              </w:rPr>
              <w:t>a</w:t>
            </w:r>
          </w:p>
        </w:tc>
        <w:tc>
          <w:tcPr>
            <w:tcW w:w="17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C884487" w14:textId="77777777" w:rsidR="00DB5388" w:rsidRPr="00C36EF0" w:rsidRDefault="00DB5388" w:rsidP="00DB5388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Persons with Disabilities</w:t>
            </w:r>
          </w:p>
          <w:p w14:paraId="00AECD84" w14:textId="22B9D94B" w:rsidR="00DB5388" w:rsidRPr="0056605D" w:rsidRDefault="00DB5388" w:rsidP="00DB5388">
            <w:pPr>
              <w:pStyle w:val="Tabletext"/>
              <w:keepLines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>A</w:t>
            </w:r>
            <w:r w:rsidRPr="00C36EF0">
              <w:rPr>
                <w:rFonts w:ascii="Arial" w:hAnsi="Arial" w:cs="Arial"/>
              </w:rPr>
              <w:t>ge 15-</w:t>
            </w:r>
            <w:proofErr w:type="gramStart"/>
            <w:r w:rsidRPr="00C36EF0">
              <w:rPr>
                <w:rFonts w:ascii="Arial" w:hAnsi="Arial" w:cs="Arial"/>
              </w:rPr>
              <w:t>64)</w:t>
            </w:r>
            <w:r w:rsidRPr="0027723A">
              <w:rPr>
                <w:rFonts w:ascii="Arial" w:hAnsi="Arial" w:cs="Arial"/>
                <w:vertAlign w:val="superscript"/>
              </w:rPr>
              <w:t>b</w:t>
            </w:r>
            <w:proofErr w:type="gramEnd"/>
            <w:r w:rsidRPr="00C36EF0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7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D0F0151" w14:textId="63DCB65F" w:rsidR="00DB5388" w:rsidRPr="0056605D" w:rsidRDefault="00DB5388" w:rsidP="00DB5388">
            <w:pPr>
              <w:pStyle w:val="Tabletext"/>
              <w:keepLines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 xml:space="preserve">Older </w:t>
            </w:r>
            <w:r>
              <w:rPr>
                <w:rFonts w:ascii="Arial" w:hAnsi="Arial" w:cs="Arial"/>
              </w:rPr>
              <w:t>P</w:t>
            </w:r>
            <w:r w:rsidRPr="00C36EF0">
              <w:rPr>
                <w:rFonts w:ascii="Arial" w:hAnsi="Arial" w:cs="Arial"/>
              </w:rPr>
              <w:t>eople (</w:t>
            </w:r>
            <w:r>
              <w:rPr>
                <w:rFonts w:ascii="Arial" w:hAnsi="Arial" w:cs="Arial"/>
              </w:rPr>
              <w:t>A</w:t>
            </w:r>
            <w:r w:rsidRPr="00C36EF0">
              <w:rPr>
                <w:rFonts w:ascii="Arial" w:hAnsi="Arial" w:cs="Arial"/>
              </w:rPr>
              <w:t xml:space="preserve">ge </w:t>
            </w:r>
            <w:r>
              <w:rPr>
                <w:rFonts w:ascii="Arial" w:hAnsi="Arial" w:cs="Arial"/>
              </w:rPr>
              <w:t>≥</w:t>
            </w:r>
            <w:proofErr w:type="gramStart"/>
            <w:r w:rsidRPr="00C36EF0">
              <w:rPr>
                <w:rFonts w:ascii="Arial" w:hAnsi="Arial" w:cs="Arial"/>
              </w:rPr>
              <w:t>65)</w:t>
            </w:r>
            <w:r>
              <w:rPr>
                <w:rFonts w:ascii="Arial" w:hAnsi="Arial" w:cs="Arial"/>
                <w:vertAlign w:val="superscript"/>
              </w:rPr>
              <w:t>c</w:t>
            </w:r>
            <w:proofErr w:type="gramEnd"/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3B25B64" w14:textId="4DF822BE" w:rsidR="00DB5388" w:rsidRPr="0056605D" w:rsidRDefault="00DB5388" w:rsidP="00DB5388">
            <w:pPr>
              <w:pStyle w:val="Tabletext"/>
              <w:keepLines/>
              <w:rPr>
                <w:rFonts w:ascii="Arial" w:hAnsi="Arial" w:cs="Arial"/>
              </w:rPr>
            </w:pPr>
            <w:proofErr w:type="spellStart"/>
            <w:r w:rsidRPr="00C36EF0">
              <w:rPr>
                <w:rFonts w:ascii="Arial" w:hAnsi="Arial" w:cs="Arial"/>
              </w:rPr>
              <w:t>Total</w:t>
            </w:r>
            <w:r w:rsidRPr="00DB5388">
              <w:rPr>
                <w:rFonts w:ascii="Arial" w:hAnsi="Arial" w:cs="Arial"/>
                <w:vertAlign w:val="superscript"/>
              </w:rPr>
              <w:t>d</w:t>
            </w:r>
            <w:proofErr w:type="spellEnd"/>
            <w:r w:rsidRPr="00C36EF0">
              <w:rPr>
                <w:rFonts w:ascii="Arial" w:hAnsi="Arial" w:cs="Arial"/>
              </w:rPr>
              <w:t> </w:t>
            </w:r>
          </w:p>
        </w:tc>
      </w:tr>
      <w:tr w:rsidR="00EF0F32" w:rsidRPr="0056605D" w14:paraId="435F61D5" w14:textId="77777777" w:rsidTr="00AB41E7">
        <w:trPr>
          <w:trHeight w:val="300"/>
        </w:trPr>
        <w:tc>
          <w:tcPr>
            <w:tcW w:w="3402" w:type="dxa"/>
            <w:vMerge w:val="restar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E15A0D6" w14:textId="77777777" w:rsidR="00EF0F32" w:rsidRPr="0056605D" w:rsidRDefault="00EF0F32" w:rsidP="00AB41E7">
            <w:pPr>
              <w:pStyle w:val="Tabletext"/>
              <w:keepLines/>
              <w:jc w:val="both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Argentina</w:t>
            </w:r>
            <w:r>
              <w:rPr>
                <w:rFonts w:ascii="Arial" w:hAnsi="Arial" w:cs="Arial"/>
              </w:rPr>
              <w:t>*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C81B50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5,562</w:t>
            </w:r>
          </w:p>
        </w:tc>
        <w:tc>
          <w:tcPr>
            <w:tcW w:w="174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CCC9A4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53</w:t>
            </w:r>
          </w:p>
        </w:tc>
        <w:tc>
          <w:tcPr>
            <w:tcW w:w="174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6082E8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1,116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8AA817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6,017</w:t>
            </w:r>
          </w:p>
        </w:tc>
      </w:tr>
      <w:tr w:rsidR="00EF0F32" w:rsidRPr="0056605D" w14:paraId="4B457D3E" w14:textId="77777777" w:rsidTr="00AB41E7">
        <w:trPr>
          <w:trHeight w:val="320"/>
        </w:trPr>
        <w:tc>
          <w:tcPr>
            <w:tcW w:w="3402" w:type="dxa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D38FC4D" w14:textId="77777777" w:rsidR="00EF0F32" w:rsidRPr="0056605D" w:rsidRDefault="00EF0F32" w:rsidP="00AB41E7">
            <w:pPr>
              <w:pStyle w:val="Tabletext"/>
              <w:keepLines/>
              <w:jc w:val="both"/>
              <w:rPr>
                <w:rFonts w:ascii="Arial" w:hAnsi="Arial" w:cs="Arial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E33DA3B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67%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647F57B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65%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1A146AE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61%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3213045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(66%)</w:t>
            </w:r>
          </w:p>
        </w:tc>
      </w:tr>
      <w:tr w:rsidR="00EF0F32" w:rsidRPr="0056605D" w14:paraId="22F07F35" w14:textId="77777777" w:rsidTr="00AB41E7">
        <w:trPr>
          <w:trHeight w:val="300"/>
        </w:trPr>
        <w:tc>
          <w:tcPr>
            <w:tcW w:w="3402" w:type="dxa"/>
            <w:vMerge w:val="restar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3E27F04" w14:textId="77777777" w:rsidR="00EF0F32" w:rsidRPr="0056605D" w:rsidRDefault="00EF0F32" w:rsidP="00AB41E7">
            <w:pPr>
              <w:pStyle w:val="Tabletext"/>
              <w:keepLines/>
              <w:jc w:val="both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Brazil</w:t>
            </w:r>
            <w:r>
              <w:rPr>
                <w:rFonts w:ascii="Arial" w:hAnsi="Arial" w:cs="Arial"/>
              </w:rPr>
              <w:t>**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2F8342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43,359</w:t>
            </w:r>
          </w:p>
        </w:tc>
        <w:tc>
          <w:tcPr>
            <w:tcW w:w="174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CB6DC5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7,055</w:t>
            </w:r>
          </w:p>
        </w:tc>
        <w:tc>
          <w:tcPr>
            <w:tcW w:w="174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3EDC89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8,914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9F2F91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54,544</w:t>
            </w:r>
          </w:p>
        </w:tc>
      </w:tr>
      <w:tr w:rsidR="00EF0F32" w:rsidRPr="0056605D" w14:paraId="2EB3213E" w14:textId="77777777" w:rsidTr="00AB41E7">
        <w:trPr>
          <w:trHeight w:val="320"/>
        </w:trPr>
        <w:tc>
          <w:tcPr>
            <w:tcW w:w="3402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F4CCA33" w14:textId="77777777" w:rsidR="00EF0F32" w:rsidRPr="0056605D" w:rsidRDefault="00EF0F32" w:rsidP="00AB41E7">
            <w:pPr>
              <w:pStyle w:val="Tabletext"/>
              <w:keepLines/>
              <w:jc w:val="both"/>
              <w:rPr>
                <w:rFonts w:ascii="Arial" w:hAnsi="Arial" w:cs="Arial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FF5FE57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62%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B2B142A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62%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EB170D1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61%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841C870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(61%)</w:t>
            </w:r>
          </w:p>
        </w:tc>
      </w:tr>
      <w:tr w:rsidR="00EF0F32" w:rsidRPr="0056605D" w14:paraId="4A5C6A53" w14:textId="77777777" w:rsidTr="00AB41E7">
        <w:trPr>
          <w:trHeight w:val="300"/>
        </w:trPr>
        <w:tc>
          <w:tcPr>
            <w:tcW w:w="3402" w:type="dxa"/>
            <w:vMerge w:val="restar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90F15FA" w14:textId="77777777" w:rsidR="00EF0F32" w:rsidRPr="0056605D" w:rsidRDefault="00EF0F32" w:rsidP="00AB41E7">
            <w:pPr>
              <w:pStyle w:val="Tabletext"/>
              <w:keepLines/>
              <w:jc w:val="both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Chile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CAD21D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  <w:color w:val="EE0000"/>
              </w:rPr>
            </w:pPr>
            <w:r>
              <w:rPr>
                <w:rFonts w:ascii="Arial" w:hAnsi="Arial" w:cs="Arial"/>
              </w:rPr>
              <w:t>4,527</w:t>
            </w:r>
          </w:p>
        </w:tc>
        <w:tc>
          <w:tcPr>
            <w:tcW w:w="174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EB8882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  <w:color w:val="EE0000"/>
              </w:rPr>
            </w:pPr>
            <w:r>
              <w:rPr>
                <w:rFonts w:ascii="Arial" w:hAnsi="Arial" w:cs="Arial"/>
              </w:rPr>
              <w:t>1,658</w:t>
            </w:r>
          </w:p>
        </w:tc>
        <w:tc>
          <w:tcPr>
            <w:tcW w:w="174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E0EB98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  <w:color w:val="EE0000"/>
              </w:rPr>
            </w:pPr>
            <w:r>
              <w:rPr>
                <w:rFonts w:ascii="Arial" w:hAnsi="Arial" w:cs="Arial"/>
              </w:rPr>
              <w:t>1,005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BB1689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  <w:color w:val="EE0000"/>
              </w:rPr>
            </w:pPr>
            <w:r>
              <w:rPr>
                <w:rFonts w:ascii="Arial" w:hAnsi="Arial" w:cs="Arial"/>
              </w:rPr>
              <w:t>4,814</w:t>
            </w:r>
          </w:p>
        </w:tc>
      </w:tr>
      <w:tr w:rsidR="00EF0F32" w:rsidRPr="0056605D" w14:paraId="392A7491" w14:textId="77777777" w:rsidTr="00AB41E7">
        <w:trPr>
          <w:trHeight w:val="320"/>
        </w:trPr>
        <w:tc>
          <w:tcPr>
            <w:tcW w:w="3402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667C2D9" w14:textId="77777777" w:rsidR="00EF0F32" w:rsidRPr="0056605D" w:rsidRDefault="00EF0F32" w:rsidP="00AB41E7">
            <w:pPr>
              <w:pStyle w:val="Tabletext"/>
              <w:keepLines/>
              <w:jc w:val="both"/>
              <w:rPr>
                <w:rFonts w:ascii="Arial" w:hAnsi="Arial" w:cs="Arial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5AAF0B9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62%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9E1C6A4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64%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58E6ED4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60%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43E680D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(61%)</w:t>
            </w:r>
          </w:p>
        </w:tc>
      </w:tr>
      <w:tr w:rsidR="00EF0F32" w:rsidRPr="0056605D" w14:paraId="7CE4085A" w14:textId="77777777" w:rsidTr="00AB41E7">
        <w:trPr>
          <w:trHeight w:val="300"/>
        </w:trPr>
        <w:tc>
          <w:tcPr>
            <w:tcW w:w="3402" w:type="dxa"/>
            <w:vMerge w:val="restar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CC6C135" w14:textId="77777777" w:rsidR="00EF0F32" w:rsidRPr="0056605D" w:rsidRDefault="00EF0F32" w:rsidP="00AB41E7">
            <w:pPr>
              <w:pStyle w:val="Tabletext"/>
              <w:keepLines/>
              <w:jc w:val="both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Colombia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EEE29F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6,151</w:t>
            </w:r>
          </w:p>
        </w:tc>
        <w:tc>
          <w:tcPr>
            <w:tcW w:w="174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78DBD4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152</w:t>
            </w:r>
          </w:p>
        </w:tc>
        <w:tc>
          <w:tcPr>
            <w:tcW w:w="174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964DB3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325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2FA544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6,575</w:t>
            </w:r>
          </w:p>
        </w:tc>
      </w:tr>
      <w:tr w:rsidR="00EF0F32" w:rsidRPr="0056605D" w14:paraId="4B2E9A8C" w14:textId="77777777" w:rsidTr="00AB41E7">
        <w:trPr>
          <w:trHeight w:val="320"/>
        </w:trPr>
        <w:tc>
          <w:tcPr>
            <w:tcW w:w="3402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3215F0D" w14:textId="77777777" w:rsidR="00EF0F32" w:rsidRPr="0056605D" w:rsidRDefault="00EF0F32" w:rsidP="00AB41E7">
            <w:pPr>
              <w:pStyle w:val="Tabletext"/>
              <w:keepLines/>
              <w:jc w:val="both"/>
              <w:rPr>
                <w:rFonts w:ascii="Arial" w:hAnsi="Arial" w:cs="Arial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2486764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73%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EB32FDB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82%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B3FDE2A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76%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C3AE9F9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(73%)</w:t>
            </w:r>
          </w:p>
        </w:tc>
      </w:tr>
      <w:tr w:rsidR="00EF0F32" w:rsidRPr="0056605D" w14:paraId="553E99EE" w14:textId="77777777" w:rsidTr="00AB41E7">
        <w:trPr>
          <w:trHeight w:val="300"/>
        </w:trPr>
        <w:tc>
          <w:tcPr>
            <w:tcW w:w="3402" w:type="dxa"/>
            <w:vMerge w:val="restar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5EBC353" w14:textId="77777777" w:rsidR="00EF0F32" w:rsidRPr="0056605D" w:rsidRDefault="00EF0F32" w:rsidP="00AB41E7">
            <w:pPr>
              <w:pStyle w:val="Tabletext"/>
              <w:keepLines/>
              <w:jc w:val="both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Costa Rica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B13885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1,138</w:t>
            </w:r>
          </w:p>
        </w:tc>
        <w:tc>
          <w:tcPr>
            <w:tcW w:w="174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D21956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174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22DBF9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188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5DB03A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1,217</w:t>
            </w:r>
          </w:p>
        </w:tc>
      </w:tr>
      <w:tr w:rsidR="00EF0F32" w:rsidRPr="0056605D" w14:paraId="0C12C5BF" w14:textId="77777777" w:rsidTr="00AB41E7">
        <w:trPr>
          <w:trHeight w:val="320"/>
        </w:trPr>
        <w:tc>
          <w:tcPr>
            <w:tcW w:w="3402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A418D9" w14:textId="77777777" w:rsidR="00EF0F32" w:rsidRPr="0056605D" w:rsidRDefault="00EF0F32" w:rsidP="00AB41E7">
            <w:pPr>
              <w:pStyle w:val="Tabletext"/>
              <w:keepLines/>
              <w:jc w:val="both"/>
              <w:rPr>
                <w:rFonts w:ascii="Arial" w:hAnsi="Arial" w:cs="Arial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B5A316B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62%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E26C7FD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62%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0D300F6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61%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9D8C537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(61%)</w:t>
            </w:r>
          </w:p>
        </w:tc>
      </w:tr>
      <w:tr w:rsidR="00EF0F32" w:rsidRPr="0056605D" w14:paraId="5BE08D2B" w14:textId="77777777" w:rsidTr="00AB41E7">
        <w:trPr>
          <w:trHeight w:val="300"/>
        </w:trPr>
        <w:tc>
          <w:tcPr>
            <w:tcW w:w="3402" w:type="dxa"/>
            <w:vMerge w:val="restar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738E01E" w14:textId="77777777" w:rsidR="00EF0F32" w:rsidRPr="0056605D" w:rsidRDefault="00EF0F32" w:rsidP="00AB41E7">
            <w:pPr>
              <w:pStyle w:val="Tabletext"/>
              <w:keepLines/>
              <w:jc w:val="both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El Salvador</w:t>
            </w:r>
            <w:r>
              <w:rPr>
                <w:rFonts w:ascii="Arial" w:hAnsi="Arial" w:cs="Arial"/>
              </w:rPr>
              <w:t>*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FAAD6C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876</w:t>
            </w:r>
          </w:p>
        </w:tc>
        <w:tc>
          <w:tcPr>
            <w:tcW w:w="174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DBEFDD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174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8DACDB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486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2D108C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863</w:t>
            </w:r>
          </w:p>
        </w:tc>
      </w:tr>
      <w:tr w:rsidR="00EF0F32" w:rsidRPr="0056605D" w14:paraId="60C16412" w14:textId="77777777" w:rsidTr="00AB41E7">
        <w:trPr>
          <w:trHeight w:val="320"/>
        </w:trPr>
        <w:tc>
          <w:tcPr>
            <w:tcW w:w="3402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094A14F" w14:textId="77777777" w:rsidR="00EF0F32" w:rsidRPr="0056605D" w:rsidRDefault="00EF0F32" w:rsidP="00AB41E7">
            <w:pPr>
              <w:pStyle w:val="Tabletext"/>
              <w:keepLines/>
              <w:jc w:val="both"/>
              <w:rPr>
                <w:rFonts w:ascii="Arial" w:hAnsi="Arial" w:cs="Arial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0FD3122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73%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C52D299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67%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0660AFA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57%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5BFF906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(69%)</w:t>
            </w:r>
          </w:p>
        </w:tc>
      </w:tr>
      <w:tr w:rsidR="00EF0F32" w:rsidRPr="0056605D" w14:paraId="58ABE9A3" w14:textId="77777777" w:rsidTr="00AB41E7">
        <w:trPr>
          <w:trHeight w:val="300"/>
        </w:trPr>
        <w:tc>
          <w:tcPr>
            <w:tcW w:w="3402" w:type="dxa"/>
            <w:vMerge w:val="restar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6290158" w14:textId="77777777" w:rsidR="00EF0F32" w:rsidRPr="0056605D" w:rsidRDefault="00EF0F32" w:rsidP="00AB41E7">
            <w:pPr>
              <w:pStyle w:val="Tabletext"/>
              <w:keepLines/>
              <w:jc w:val="both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Mexico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258202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43,098</w:t>
            </w:r>
          </w:p>
        </w:tc>
        <w:tc>
          <w:tcPr>
            <w:tcW w:w="174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F955EE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384</w:t>
            </w:r>
          </w:p>
        </w:tc>
        <w:tc>
          <w:tcPr>
            <w:tcW w:w="174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623EB6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6,068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0CAF3F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41,926</w:t>
            </w:r>
          </w:p>
        </w:tc>
      </w:tr>
      <w:tr w:rsidR="00EF0F32" w:rsidRPr="0056605D" w14:paraId="544827F8" w14:textId="77777777" w:rsidTr="00AB41E7">
        <w:trPr>
          <w:trHeight w:val="320"/>
        </w:trPr>
        <w:tc>
          <w:tcPr>
            <w:tcW w:w="3402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62F05AE" w14:textId="77777777" w:rsidR="00EF0F32" w:rsidRPr="0056605D" w:rsidRDefault="00EF0F32" w:rsidP="00AB41E7">
            <w:pPr>
              <w:pStyle w:val="Tabletext"/>
              <w:keepLines/>
              <w:jc w:val="both"/>
              <w:rPr>
                <w:rFonts w:ascii="Arial" w:hAnsi="Arial" w:cs="Arial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4F9BA87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62%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B75B079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60%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CFFED38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54%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13C6054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(61%)</w:t>
            </w:r>
          </w:p>
        </w:tc>
      </w:tr>
      <w:tr w:rsidR="00EF0F32" w:rsidRPr="0056605D" w14:paraId="3509A7C6" w14:textId="77777777" w:rsidTr="00AB41E7">
        <w:trPr>
          <w:trHeight w:val="300"/>
        </w:trPr>
        <w:tc>
          <w:tcPr>
            <w:tcW w:w="3402" w:type="dxa"/>
            <w:vMerge w:val="restar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F322A6F" w14:textId="77777777" w:rsidR="00EF0F32" w:rsidRPr="0056605D" w:rsidRDefault="00EF0F32" w:rsidP="00AB41E7">
            <w:pPr>
              <w:pStyle w:val="Tabletext"/>
              <w:keepLines/>
              <w:jc w:val="both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Paraguay</w:t>
            </w:r>
            <w:r>
              <w:rPr>
                <w:rFonts w:ascii="Arial" w:hAnsi="Arial" w:cs="Arial"/>
              </w:rPr>
              <w:t>*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92E041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2,499</w:t>
            </w:r>
          </w:p>
        </w:tc>
        <w:tc>
          <w:tcPr>
            <w:tcW w:w="174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B20817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174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ED122D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179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DF2E8D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2,560</w:t>
            </w:r>
          </w:p>
        </w:tc>
      </w:tr>
      <w:tr w:rsidR="00EF0F32" w:rsidRPr="0056605D" w14:paraId="58E53FA7" w14:textId="77777777" w:rsidTr="00AB41E7">
        <w:trPr>
          <w:trHeight w:val="320"/>
        </w:trPr>
        <w:tc>
          <w:tcPr>
            <w:tcW w:w="3402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E761485" w14:textId="77777777" w:rsidR="00EF0F32" w:rsidRPr="0056605D" w:rsidRDefault="00EF0F32" w:rsidP="00AB41E7">
            <w:pPr>
              <w:pStyle w:val="Tabletext"/>
              <w:keepLines/>
              <w:jc w:val="both"/>
              <w:rPr>
                <w:rFonts w:ascii="Arial" w:hAnsi="Arial" w:cs="Arial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2FE17FF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59%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8EB57C6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62%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792FB01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60%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CB4386B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(59%)</w:t>
            </w:r>
          </w:p>
        </w:tc>
      </w:tr>
      <w:tr w:rsidR="00EF0F32" w:rsidRPr="0056605D" w14:paraId="2637711F" w14:textId="77777777" w:rsidTr="00AB41E7">
        <w:trPr>
          <w:trHeight w:val="300"/>
        </w:trPr>
        <w:tc>
          <w:tcPr>
            <w:tcW w:w="3402" w:type="dxa"/>
            <w:vMerge w:val="restar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DC7E153" w14:textId="77777777" w:rsidR="00EF0F32" w:rsidRPr="0056605D" w:rsidRDefault="00EF0F32" w:rsidP="00AB41E7">
            <w:pPr>
              <w:pStyle w:val="Tabletext"/>
              <w:keepLines/>
              <w:jc w:val="both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Peru</w:t>
            </w:r>
            <w:r>
              <w:rPr>
                <w:rFonts w:ascii="Arial" w:hAnsi="Arial" w:cs="Arial"/>
              </w:rPr>
              <w:t>*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1C306E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11,603</w:t>
            </w:r>
          </w:p>
        </w:tc>
        <w:tc>
          <w:tcPr>
            <w:tcW w:w="174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7AA86D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70</w:t>
            </w:r>
          </w:p>
        </w:tc>
        <w:tc>
          <w:tcPr>
            <w:tcW w:w="174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9C4DD7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3,734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630EB1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14,255</w:t>
            </w:r>
          </w:p>
        </w:tc>
      </w:tr>
      <w:tr w:rsidR="00EF0F32" w:rsidRPr="0056605D" w14:paraId="51808769" w14:textId="77777777" w:rsidTr="00AB41E7">
        <w:trPr>
          <w:trHeight w:val="320"/>
        </w:trPr>
        <w:tc>
          <w:tcPr>
            <w:tcW w:w="3402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7FB7D6A" w14:textId="77777777" w:rsidR="00EF0F32" w:rsidRPr="0056605D" w:rsidRDefault="00EF0F32" w:rsidP="00AB41E7">
            <w:pPr>
              <w:pStyle w:val="Tabletext"/>
              <w:keepLines/>
              <w:jc w:val="both"/>
              <w:rPr>
                <w:rFonts w:ascii="Arial" w:hAnsi="Arial" w:cs="Arial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6072C77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62%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C41ACB8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60%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E8BE05E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57%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72B4199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(61%)</w:t>
            </w:r>
          </w:p>
        </w:tc>
      </w:tr>
      <w:tr w:rsidR="00EF0F32" w:rsidRPr="0056605D" w14:paraId="35EB1EED" w14:textId="77777777" w:rsidTr="00AB41E7">
        <w:trPr>
          <w:trHeight w:val="300"/>
        </w:trPr>
        <w:tc>
          <w:tcPr>
            <w:tcW w:w="3402" w:type="dxa"/>
            <w:vMerge w:val="restar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AD7B883" w14:textId="77777777" w:rsidR="00EF0F32" w:rsidRPr="0056605D" w:rsidRDefault="00EF0F32" w:rsidP="00AB41E7">
            <w:pPr>
              <w:pStyle w:val="Tabletext"/>
              <w:keepLines/>
              <w:jc w:val="both"/>
              <w:rPr>
                <w:rFonts w:ascii="Arial" w:hAnsi="Arial" w:cs="Arial"/>
              </w:rPr>
            </w:pPr>
            <w:r w:rsidRPr="00C36EF0">
              <w:rPr>
                <w:rFonts w:ascii="Arial" w:hAnsi="Arial" w:cs="Arial"/>
              </w:rPr>
              <w:t>Uruguay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CE4C9C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570</w:t>
            </w:r>
          </w:p>
        </w:tc>
        <w:tc>
          <w:tcPr>
            <w:tcW w:w="174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5DE068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74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76A031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113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EC4A4C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651</w:t>
            </w:r>
          </w:p>
        </w:tc>
      </w:tr>
      <w:tr w:rsidR="00EF0F32" w:rsidRPr="0056605D" w14:paraId="04CAB34A" w14:textId="77777777" w:rsidTr="00AB41E7">
        <w:trPr>
          <w:trHeight w:val="320"/>
        </w:trPr>
        <w:tc>
          <w:tcPr>
            <w:tcW w:w="3402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80E315B" w14:textId="77777777" w:rsidR="00EF0F32" w:rsidRPr="0056605D" w:rsidRDefault="00EF0F32" w:rsidP="00AB41E7">
            <w:pPr>
              <w:pStyle w:val="Tabletext"/>
              <w:keepLines/>
              <w:jc w:val="both"/>
              <w:rPr>
                <w:rFonts w:ascii="Arial" w:hAnsi="Arial" w:cs="Arial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3883FEE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65%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D097F6D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69%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06A5D15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63%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B819200" w14:textId="77777777" w:rsidR="00EF0F32" w:rsidRPr="0056605D" w:rsidRDefault="00EF0F32" w:rsidP="00AB41E7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(65%)</w:t>
            </w:r>
          </w:p>
        </w:tc>
      </w:tr>
      <w:tr w:rsidR="00DB5388" w:rsidRPr="0056605D" w14:paraId="38DFF415" w14:textId="77777777" w:rsidTr="006A733F">
        <w:trPr>
          <w:trHeight w:val="300"/>
        </w:trPr>
        <w:tc>
          <w:tcPr>
            <w:tcW w:w="3402" w:type="dxa"/>
            <w:vMerge w:val="restar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hideMark/>
          </w:tcPr>
          <w:p w14:paraId="4CBCF2E2" w14:textId="77777777" w:rsidR="00DB5388" w:rsidRPr="005262B9" w:rsidRDefault="00DB5388" w:rsidP="00DB5388">
            <w:pPr>
              <w:pStyle w:val="Tabletext"/>
              <w:keepLines/>
              <w:jc w:val="left"/>
              <w:rPr>
                <w:rFonts w:ascii="Arial" w:hAnsi="Arial" w:cs="Arial"/>
              </w:rPr>
            </w:pPr>
            <w:r w:rsidRPr="005262B9">
              <w:rPr>
                <w:rFonts w:ascii="Arial" w:hAnsi="Arial" w:cs="Arial"/>
              </w:rPr>
              <w:t>Other Countries without Survey Data***</w:t>
            </w:r>
          </w:p>
          <w:p w14:paraId="6F4CE014" w14:textId="7F0A6476" w:rsidR="00DB5388" w:rsidRPr="0056605D" w:rsidRDefault="00DB5388" w:rsidP="00DB5388">
            <w:pPr>
              <w:pStyle w:val="Tabletext"/>
              <w:keepLines/>
              <w:jc w:val="both"/>
              <w:rPr>
                <w:rFonts w:ascii="Arial" w:hAnsi="Arial" w:cs="Arial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3D5EAE" w14:textId="77777777" w:rsidR="00DB5388" w:rsidRPr="0056605D" w:rsidRDefault="00DB5388" w:rsidP="00DB5388">
            <w:pPr>
              <w:pStyle w:val="Tabletext"/>
              <w:keepLines/>
              <w:rPr>
                <w:rFonts w:ascii="Arial" w:hAnsi="Arial" w:cs="Arial"/>
                <w:color w:val="EE0000"/>
              </w:rPr>
            </w:pPr>
            <w:r>
              <w:rPr>
                <w:rFonts w:ascii="Arial" w:hAnsi="Arial" w:cs="Arial"/>
              </w:rPr>
              <w:t>38,045</w:t>
            </w:r>
          </w:p>
        </w:tc>
        <w:tc>
          <w:tcPr>
            <w:tcW w:w="174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662197" w14:textId="77777777" w:rsidR="00DB5388" w:rsidRPr="0056605D" w:rsidRDefault="00DB5388" w:rsidP="00DB5388">
            <w:pPr>
              <w:pStyle w:val="Tabletext"/>
              <w:keepLines/>
              <w:rPr>
                <w:rFonts w:ascii="Arial" w:hAnsi="Arial" w:cs="Arial"/>
                <w:color w:val="EE0000"/>
              </w:rPr>
            </w:pPr>
            <w:r>
              <w:rPr>
                <w:rFonts w:ascii="Arial" w:hAnsi="Arial" w:cs="Arial"/>
              </w:rPr>
              <w:t>360</w:t>
            </w:r>
          </w:p>
        </w:tc>
        <w:tc>
          <w:tcPr>
            <w:tcW w:w="174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235262" w14:textId="77777777" w:rsidR="00DB5388" w:rsidRPr="0056605D" w:rsidRDefault="00DB5388" w:rsidP="00DB5388">
            <w:pPr>
              <w:pStyle w:val="Tabletext"/>
              <w:keepLines/>
              <w:rPr>
                <w:rFonts w:ascii="Arial" w:hAnsi="Arial" w:cs="Arial"/>
                <w:color w:val="EE0000"/>
              </w:rPr>
            </w:pPr>
            <w:r>
              <w:rPr>
                <w:rFonts w:ascii="Arial" w:hAnsi="Arial" w:cs="Arial"/>
              </w:rPr>
              <w:t>3,841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1C39BE" w14:textId="77777777" w:rsidR="00DB5388" w:rsidRPr="0056605D" w:rsidRDefault="00DB5388" w:rsidP="00DB5388">
            <w:pPr>
              <w:pStyle w:val="Tabletext"/>
              <w:keepLines/>
              <w:rPr>
                <w:rFonts w:ascii="Arial" w:hAnsi="Arial" w:cs="Arial"/>
                <w:color w:val="EE0000"/>
              </w:rPr>
            </w:pPr>
            <w:r>
              <w:rPr>
                <w:rFonts w:ascii="Arial" w:hAnsi="Arial" w:cs="Arial"/>
              </w:rPr>
              <w:t>39,582</w:t>
            </w:r>
          </w:p>
        </w:tc>
      </w:tr>
      <w:tr w:rsidR="00DB5388" w:rsidRPr="0056605D" w14:paraId="42F3308F" w14:textId="77777777" w:rsidTr="006A733F">
        <w:trPr>
          <w:trHeight w:val="320"/>
        </w:trPr>
        <w:tc>
          <w:tcPr>
            <w:tcW w:w="3402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02A39D1A" w14:textId="77777777" w:rsidR="00DB5388" w:rsidRPr="0056605D" w:rsidRDefault="00DB5388" w:rsidP="00DB5388">
            <w:pPr>
              <w:pStyle w:val="Tabletext"/>
              <w:keepLines/>
              <w:jc w:val="both"/>
              <w:rPr>
                <w:rFonts w:ascii="Arial" w:hAnsi="Arial" w:cs="Arial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9CEAF42" w14:textId="77777777" w:rsidR="00DB5388" w:rsidRPr="0056605D" w:rsidRDefault="00DB5388" w:rsidP="00DB5388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63%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9265563" w14:textId="77777777" w:rsidR="00DB5388" w:rsidRPr="0056605D" w:rsidRDefault="00DB5388" w:rsidP="00DB5388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62%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EA6A2B5" w14:textId="77777777" w:rsidR="00DB5388" w:rsidRPr="0056605D" w:rsidRDefault="00DB5388" w:rsidP="00DB5388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59%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9BD0199" w14:textId="77777777" w:rsidR="00DB5388" w:rsidRPr="0056605D" w:rsidRDefault="00DB5388" w:rsidP="00DB5388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(62%)</w:t>
            </w:r>
          </w:p>
        </w:tc>
      </w:tr>
      <w:tr w:rsidR="00DB5388" w:rsidRPr="0056605D" w14:paraId="2266EFD1" w14:textId="77777777" w:rsidTr="006A733F">
        <w:trPr>
          <w:trHeight w:val="300"/>
        </w:trPr>
        <w:tc>
          <w:tcPr>
            <w:tcW w:w="3402" w:type="dxa"/>
            <w:vMerge w:val="restar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hideMark/>
          </w:tcPr>
          <w:p w14:paraId="3A87C77F" w14:textId="77777777" w:rsidR="00DB5388" w:rsidRPr="005262B9" w:rsidRDefault="00DB5388" w:rsidP="00DB5388">
            <w:pPr>
              <w:pStyle w:val="Tabletext"/>
              <w:keepLines/>
              <w:jc w:val="left"/>
              <w:rPr>
                <w:rFonts w:ascii="Arial" w:hAnsi="Arial" w:cs="Arial"/>
              </w:rPr>
            </w:pPr>
            <w:r w:rsidRPr="005262B9">
              <w:rPr>
                <w:rFonts w:ascii="Arial" w:hAnsi="Arial" w:cs="Arial"/>
              </w:rPr>
              <w:t>Latin America and the Caribbean (Estimated)</w:t>
            </w:r>
          </w:p>
          <w:p w14:paraId="069ABFF6" w14:textId="07BEB739" w:rsidR="00DB5388" w:rsidRPr="0056605D" w:rsidRDefault="00DB5388" w:rsidP="00DB5388">
            <w:pPr>
              <w:pStyle w:val="Tabletext"/>
              <w:keepLines/>
              <w:jc w:val="both"/>
              <w:rPr>
                <w:rFonts w:ascii="Arial" w:hAnsi="Arial" w:cs="Arial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C2E3F4" w14:textId="77777777" w:rsidR="00DB5388" w:rsidRPr="0056605D" w:rsidRDefault="00DB5388" w:rsidP="00DB5388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157,427</w:t>
            </w:r>
          </w:p>
        </w:tc>
        <w:tc>
          <w:tcPr>
            <w:tcW w:w="174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B0128F" w14:textId="77777777" w:rsidR="00DB5388" w:rsidRPr="0056605D" w:rsidRDefault="00DB5388" w:rsidP="00DB5388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9,764</w:t>
            </w:r>
          </w:p>
        </w:tc>
        <w:tc>
          <w:tcPr>
            <w:tcW w:w="174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C4C8A6" w14:textId="77777777" w:rsidR="00DB5388" w:rsidRPr="0056605D" w:rsidRDefault="00DB5388" w:rsidP="00DB5388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25,971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5253D5" w14:textId="77777777" w:rsidR="00DB5388" w:rsidRPr="0056605D" w:rsidRDefault="00DB5388" w:rsidP="00DB5388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161,273</w:t>
            </w:r>
          </w:p>
        </w:tc>
      </w:tr>
      <w:tr w:rsidR="00DB5388" w:rsidRPr="0056605D" w14:paraId="14C9A122" w14:textId="77777777" w:rsidTr="006A733F">
        <w:trPr>
          <w:trHeight w:val="300"/>
        </w:trPr>
        <w:tc>
          <w:tcPr>
            <w:tcW w:w="3402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620AEBCE" w14:textId="77777777" w:rsidR="00DB5388" w:rsidRPr="0056605D" w:rsidRDefault="00DB5388" w:rsidP="00DB5388">
            <w:pPr>
              <w:pStyle w:val="Tabletext"/>
              <w:keepLines/>
              <w:jc w:val="both"/>
              <w:rPr>
                <w:rFonts w:ascii="Arial" w:hAnsi="Arial" w:cs="Arial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8053798" w14:textId="77777777" w:rsidR="00DB5388" w:rsidRPr="0056605D" w:rsidRDefault="00DB5388" w:rsidP="00DB5388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61%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B32A26D" w14:textId="77777777" w:rsidR="00DB5388" w:rsidRPr="0056605D" w:rsidRDefault="00DB5388" w:rsidP="00DB5388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58%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08E1221" w14:textId="77777777" w:rsidR="00DB5388" w:rsidRPr="0056605D" w:rsidRDefault="00DB5388" w:rsidP="00DB5388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58%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55A505C" w14:textId="77777777" w:rsidR="00DB5388" w:rsidRPr="0056605D" w:rsidRDefault="00DB5388" w:rsidP="00DB5388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(62%)</w:t>
            </w:r>
          </w:p>
        </w:tc>
      </w:tr>
      <w:tr w:rsidR="00DB5388" w:rsidRPr="0056605D" w14:paraId="415D5469" w14:textId="77777777" w:rsidTr="006A733F">
        <w:trPr>
          <w:trHeight w:val="320"/>
        </w:trPr>
        <w:tc>
          <w:tcPr>
            <w:tcW w:w="340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16374250" w14:textId="59B6A6E4" w:rsidR="00DB5388" w:rsidRPr="0056605D" w:rsidRDefault="00DB5388" w:rsidP="00DB5388">
            <w:pPr>
              <w:pStyle w:val="Tabletext"/>
              <w:keepLines/>
              <w:jc w:val="left"/>
              <w:rPr>
                <w:rFonts w:ascii="Arial" w:hAnsi="Arial" w:cs="Arial"/>
              </w:rPr>
            </w:pPr>
            <w:r w:rsidRPr="005262B9">
              <w:rPr>
                <w:rFonts w:ascii="Arial" w:hAnsi="Arial" w:cs="Arial"/>
              </w:rPr>
              <w:t>Distribution of Care</w:t>
            </w:r>
            <w:r>
              <w:rPr>
                <w:rFonts w:ascii="Arial" w:hAnsi="Arial" w:cs="Arial"/>
              </w:rPr>
              <w:t xml:space="preserve">givers </w:t>
            </w:r>
            <w:r w:rsidRPr="005262B9">
              <w:rPr>
                <w:rFonts w:ascii="Arial" w:hAnsi="Arial" w:cs="Arial"/>
              </w:rPr>
              <w:t>by Type of Care Recipient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0F7A9F0" w14:textId="77777777" w:rsidR="00DB5388" w:rsidRPr="0056605D" w:rsidRDefault="00DB5388" w:rsidP="00DB5388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98%</w:t>
            </w:r>
          </w:p>
        </w:tc>
        <w:tc>
          <w:tcPr>
            <w:tcW w:w="174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83F42D8" w14:textId="77777777" w:rsidR="00DB5388" w:rsidRPr="0056605D" w:rsidRDefault="00DB5388" w:rsidP="00DB5388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6%</w:t>
            </w:r>
          </w:p>
        </w:tc>
        <w:tc>
          <w:tcPr>
            <w:tcW w:w="174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DF40619" w14:textId="77777777" w:rsidR="00DB5388" w:rsidRPr="0056605D" w:rsidRDefault="00DB5388" w:rsidP="00DB5388">
            <w:pPr>
              <w:pStyle w:val="Tabletext"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16%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59ADEAD" w14:textId="77777777" w:rsidR="00DB5388" w:rsidRPr="0056605D" w:rsidRDefault="00DB5388" w:rsidP="00DB5388">
            <w:pPr>
              <w:pStyle w:val="Tabletext"/>
              <w:keepLines/>
              <w:rPr>
                <w:rFonts w:ascii="Arial" w:hAnsi="Arial" w:cs="Arial"/>
              </w:rPr>
            </w:pPr>
          </w:p>
        </w:tc>
      </w:tr>
    </w:tbl>
    <w:p w14:paraId="347C1783" w14:textId="77777777" w:rsidR="00EF0F32" w:rsidRDefault="00EF0F32" w:rsidP="00EF0F32">
      <w:pPr>
        <w:pStyle w:val="Sourcenotes"/>
        <w:spacing w:line="240" w:lineRule="auto"/>
        <w:rPr>
          <w:rFonts w:ascii="Arial" w:hAnsi="Arial" w:cs="Arial"/>
          <w:sz w:val="16"/>
          <w:szCs w:val="16"/>
        </w:rPr>
      </w:pPr>
      <w:r w:rsidRPr="0056605D">
        <w:rPr>
          <w:rFonts w:ascii="Arial" w:hAnsi="Arial" w:cs="Arial"/>
          <w:sz w:val="16"/>
          <w:szCs w:val="16"/>
        </w:rPr>
        <w:t xml:space="preserve">Source: see Table 1. Notes: see Table 1. </w:t>
      </w:r>
      <w:r>
        <w:rPr>
          <w:rFonts w:ascii="Arial" w:hAnsi="Arial" w:cs="Arial"/>
          <w:sz w:val="16"/>
          <w:szCs w:val="16"/>
        </w:rPr>
        <w:t>d</w:t>
      </w:r>
      <w:r w:rsidRPr="0056605D">
        <w:rPr>
          <w:rFonts w:ascii="Arial" w:hAnsi="Arial" w:cs="Arial"/>
          <w:sz w:val="16"/>
          <w:szCs w:val="16"/>
        </w:rPr>
        <w:t xml:space="preserve"> </w:t>
      </w:r>
      <w:proofErr w:type="gramStart"/>
      <w:r w:rsidRPr="0056605D">
        <w:rPr>
          <w:rFonts w:ascii="Arial" w:hAnsi="Arial" w:cs="Arial"/>
          <w:sz w:val="16"/>
          <w:szCs w:val="16"/>
        </w:rPr>
        <w:t>The</w:t>
      </w:r>
      <w:proofErr w:type="gramEnd"/>
      <w:r w:rsidRPr="0056605D">
        <w:rPr>
          <w:rFonts w:ascii="Arial" w:hAnsi="Arial" w:cs="Arial"/>
          <w:sz w:val="16"/>
          <w:szCs w:val="16"/>
        </w:rPr>
        <w:t xml:space="preserve"> total number of caregivers does not match the sum by type of care recipient, because some caregivers provide care simultaneously to more than one type of recipient.</w:t>
      </w:r>
    </w:p>
    <w:p w14:paraId="179ECE7D" w14:textId="77777777" w:rsidR="00EF0F32" w:rsidRPr="00756B5D" w:rsidRDefault="00EF0F32" w:rsidP="00EF0F32">
      <w:pPr>
        <w:spacing w:after="160" w:line="278" w:lineRule="auto"/>
        <w:rPr>
          <w:rFonts w:ascii="Arial" w:hAnsi="Arial" w:cs="Arial"/>
          <w:b/>
          <w:sz w:val="22"/>
          <w:szCs w:val="22"/>
        </w:rPr>
      </w:pPr>
    </w:p>
    <w:p w14:paraId="42645957" w14:textId="77777777" w:rsidR="00EF0F32" w:rsidRDefault="00EF0F32" w:rsidP="00EF0F32">
      <w:pPr>
        <w:spacing w:after="160" w:line="278" w:lineRule="auto"/>
        <w:rPr>
          <w:rFonts w:ascii="Arial" w:hAnsi="Arial" w:cs="Arial"/>
          <w:b/>
          <w:bCs/>
          <w:sz w:val="22"/>
          <w:szCs w:val="22"/>
        </w:rPr>
      </w:pPr>
    </w:p>
    <w:p w14:paraId="1EC446D5" w14:textId="77777777" w:rsidR="00EF0F32" w:rsidRDefault="00EF0F32" w:rsidP="00EF0F32">
      <w:pPr>
        <w:spacing w:after="160" w:line="278" w:lineRule="auto"/>
        <w:rPr>
          <w:rFonts w:ascii="Arial" w:hAnsi="Arial" w:cs="Arial"/>
          <w:b/>
          <w:bCs/>
          <w:sz w:val="22"/>
          <w:szCs w:val="22"/>
        </w:rPr>
      </w:pPr>
    </w:p>
    <w:p w14:paraId="6ADE2641" w14:textId="77777777" w:rsidR="00EF0F32" w:rsidRDefault="00EF0F32" w:rsidP="00EF0F32">
      <w:pPr>
        <w:spacing w:after="160" w:line="278" w:lineRule="auto"/>
        <w:rPr>
          <w:rFonts w:ascii="Arial" w:hAnsi="Arial" w:cs="Arial"/>
          <w:b/>
          <w:bCs/>
          <w:sz w:val="22"/>
          <w:szCs w:val="22"/>
        </w:rPr>
      </w:pPr>
    </w:p>
    <w:p w14:paraId="134D8CD6" w14:textId="44CB71A7" w:rsidR="00EF0F32" w:rsidRPr="00DB5388" w:rsidRDefault="00DB5388" w:rsidP="00DB5388">
      <w:pPr>
        <w:pStyle w:val="Heading3"/>
        <w:rPr>
          <w:rFonts w:ascii="Aptos" w:hAnsi="Aptos"/>
        </w:rPr>
      </w:pPr>
      <w:r w:rsidRPr="00DB5388">
        <w:rPr>
          <w:rFonts w:ascii="Aptos" w:hAnsi="Aptos"/>
        </w:rPr>
        <w:lastRenderedPageBreak/>
        <w:t>Distribution of time by care activities</w:t>
      </w:r>
      <w:r>
        <w:rPr>
          <w:rFonts w:ascii="Aptos" w:hAnsi="Aptos"/>
        </w:rPr>
        <w:t xml:space="preserve"> in countries in selected </w:t>
      </w:r>
      <w:proofErr w:type="spellStart"/>
      <w:r>
        <w:rPr>
          <w:rFonts w:ascii="Aptos" w:hAnsi="Aptos"/>
        </w:rPr>
        <w:t>countrires</w:t>
      </w:r>
      <w:proofErr w:type="spellEnd"/>
    </w:p>
    <w:p w14:paraId="7CEC8678" w14:textId="1C2EA732" w:rsidR="00EF0F32" w:rsidRDefault="00EF0F32" w:rsidP="00EF0F32">
      <w:pPr>
        <w:spacing w:after="160" w:line="278" w:lineRule="auto"/>
        <w:rPr>
          <w:rFonts w:ascii="Arial" w:hAnsi="Arial" w:cs="Arial"/>
        </w:rPr>
      </w:pPr>
      <w:r w:rsidRPr="005154E7">
        <w:rPr>
          <w:rFonts w:ascii="Arial" w:hAnsi="Arial" w:cs="Arial"/>
          <w:b/>
          <w:bCs/>
          <w:sz w:val="22"/>
          <w:szCs w:val="22"/>
        </w:rPr>
        <w:t xml:space="preserve">Figure </w:t>
      </w:r>
      <w:r>
        <w:rPr>
          <w:rFonts w:ascii="Arial" w:hAnsi="Arial" w:cs="Arial"/>
          <w:b/>
          <w:bCs/>
          <w:sz w:val="22"/>
          <w:szCs w:val="22"/>
        </w:rPr>
        <w:t>A</w:t>
      </w:r>
      <w:r w:rsidR="00DB5388">
        <w:rPr>
          <w:rFonts w:ascii="Arial" w:hAnsi="Arial" w:cs="Arial"/>
          <w:b/>
          <w:bCs/>
          <w:sz w:val="22"/>
          <w:szCs w:val="22"/>
        </w:rPr>
        <w:t>5</w:t>
      </w:r>
      <w:r>
        <w:rPr>
          <w:rFonts w:ascii="Arial" w:hAnsi="Arial" w:cs="Arial"/>
          <w:b/>
          <w:bCs/>
          <w:sz w:val="22"/>
          <w:szCs w:val="22"/>
        </w:rPr>
        <w:t>.1</w:t>
      </w:r>
      <w:r w:rsidRPr="005154E7">
        <w:rPr>
          <w:rFonts w:ascii="Arial" w:hAnsi="Arial" w:cs="Arial"/>
          <w:b/>
          <w:bCs/>
          <w:sz w:val="22"/>
          <w:szCs w:val="22"/>
        </w:rPr>
        <w:t>.</w:t>
      </w:r>
      <w:r w:rsidRPr="005154E7">
        <w:rPr>
          <w:rFonts w:ascii="Arial" w:hAnsi="Arial" w:cs="Arial"/>
          <w:sz w:val="22"/>
          <w:szCs w:val="22"/>
        </w:rPr>
        <w:t xml:space="preserve"> Distribution (%) of care time by type of activity, type of care recipient and sex of the </w:t>
      </w:r>
      <w:r w:rsidRPr="00512F96">
        <w:rPr>
          <w:rFonts w:ascii="Arial" w:hAnsi="Arial" w:cs="Arial"/>
          <w:sz w:val="22"/>
          <w:szCs w:val="22"/>
        </w:rPr>
        <w:t xml:space="preserve">caregiver – </w:t>
      </w:r>
      <w:r>
        <w:rPr>
          <w:rFonts w:ascii="Arial" w:hAnsi="Arial" w:cs="Arial"/>
          <w:sz w:val="22"/>
          <w:szCs w:val="22"/>
        </w:rPr>
        <w:t xml:space="preserve">countries considered: </w:t>
      </w:r>
      <w:r w:rsidRPr="00512F96">
        <w:rPr>
          <w:rFonts w:ascii="Arial" w:hAnsi="Arial" w:cs="Arial"/>
          <w:sz w:val="22"/>
          <w:szCs w:val="22"/>
        </w:rPr>
        <w:t>Chile, Colombia, Peru, and Uruguay</w:t>
      </w:r>
      <w:r w:rsidRPr="00512F96">
        <w:rPr>
          <w:noProof/>
          <w14:ligatures w14:val="standardContextual"/>
        </w:rPr>
        <w:t xml:space="preserve"> </w:t>
      </w:r>
      <w:r>
        <w:rPr>
          <w:noProof/>
          <w14:ligatures w14:val="standardContextual"/>
        </w:rPr>
        <w:drawing>
          <wp:inline distT="0" distB="0" distL="0" distR="0" wp14:anchorId="3AD6855D" wp14:editId="52C71035">
            <wp:extent cx="5943600" cy="4090035"/>
            <wp:effectExtent l="0" t="0" r="12700" b="12065"/>
            <wp:docPr id="708392329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7D4C3F14-7A24-BB33-46DE-78439F76928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18EF993D" w14:textId="77777777" w:rsidR="00EF0F32" w:rsidRPr="005154E7" w:rsidRDefault="00EF0F32" w:rsidP="00EF0F32">
      <w:pPr>
        <w:spacing w:after="160" w:line="278" w:lineRule="auto"/>
        <w:rPr>
          <w:rFonts w:ascii="Arial" w:hAnsi="Arial" w:cs="Arial"/>
          <w:sz w:val="16"/>
          <w:szCs w:val="16"/>
        </w:rPr>
      </w:pPr>
      <w:r w:rsidRPr="005154E7">
        <w:rPr>
          <w:rFonts w:ascii="Arial" w:hAnsi="Arial" w:cs="Arial"/>
          <w:sz w:val="16"/>
          <w:szCs w:val="16"/>
        </w:rPr>
        <w:t>Source and notes: see Figure 2.</w:t>
      </w:r>
    </w:p>
    <w:p w14:paraId="566B5A91" w14:textId="77777777" w:rsidR="008A7309" w:rsidRDefault="008A7309"/>
    <w:sectPr w:rsidR="008A730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AEF3503"/>
    <w:multiLevelType w:val="hybridMultilevel"/>
    <w:tmpl w:val="A5287062"/>
    <w:lvl w:ilvl="0" w:tplc="2F3EC1A0">
      <w:start w:val="12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984797D"/>
    <w:multiLevelType w:val="hybridMultilevel"/>
    <w:tmpl w:val="173A5A8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6AA44EB"/>
    <w:multiLevelType w:val="hybridMultilevel"/>
    <w:tmpl w:val="47BA3CA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98C7129"/>
    <w:multiLevelType w:val="hybridMultilevel"/>
    <w:tmpl w:val="1B165B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CBE1C66"/>
    <w:multiLevelType w:val="hybridMultilevel"/>
    <w:tmpl w:val="438A919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6047E60"/>
    <w:multiLevelType w:val="hybridMultilevel"/>
    <w:tmpl w:val="EE2C8E9A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60409108">
    <w:abstractNumId w:val="10"/>
  </w:num>
  <w:num w:numId="2" w16cid:durableId="983703474">
    <w:abstractNumId w:val="12"/>
  </w:num>
  <w:num w:numId="3" w16cid:durableId="2037658311">
    <w:abstractNumId w:val="11"/>
  </w:num>
  <w:num w:numId="4" w16cid:durableId="2076732837">
    <w:abstractNumId w:val="9"/>
  </w:num>
  <w:num w:numId="5" w16cid:durableId="1041789621">
    <w:abstractNumId w:val="13"/>
  </w:num>
  <w:num w:numId="6" w16cid:durableId="814954444">
    <w:abstractNumId w:val="8"/>
  </w:num>
  <w:num w:numId="7" w16cid:durableId="144929842">
    <w:abstractNumId w:val="6"/>
  </w:num>
  <w:num w:numId="8" w16cid:durableId="1625772111">
    <w:abstractNumId w:val="5"/>
  </w:num>
  <w:num w:numId="9" w16cid:durableId="1664310281">
    <w:abstractNumId w:val="4"/>
  </w:num>
  <w:num w:numId="10" w16cid:durableId="2046756424">
    <w:abstractNumId w:val="7"/>
  </w:num>
  <w:num w:numId="11" w16cid:durableId="1035234529">
    <w:abstractNumId w:val="3"/>
  </w:num>
  <w:num w:numId="12" w16cid:durableId="1424574080">
    <w:abstractNumId w:val="2"/>
  </w:num>
  <w:num w:numId="13" w16cid:durableId="1429735831">
    <w:abstractNumId w:val="1"/>
  </w:num>
  <w:num w:numId="14" w16cid:durableId="1188561349">
    <w:abstractNumId w:val="0"/>
  </w:num>
  <w:num w:numId="15" w16cid:durableId="72703869">
    <w:abstractNumId w:val="1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F32"/>
    <w:rsid w:val="000B03EF"/>
    <w:rsid w:val="00247695"/>
    <w:rsid w:val="00304129"/>
    <w:rsid w:val="0047333E"/>
    <w:rsid w:val="0048315C"/>
    <w:rsid w:val="004C54C1"/>
    <w:rsid w:val="004E1854"/>
    <w:rsid w:val="005332EE"/>
    <w:rsid w:val="00835A8D"/>
    <w:rsid w:val="008A7309"/>
    <w:rsid w:val="009300A2"/>
    <w:rsid w:val="00A93EC8"/>
    <w:rsid w:val="00B106A7"/>
    <w:rsid w:val="00C9606C"/>
    <w:rsid w:val="00D42AFD"/>
    <w:rsid w:val="00DB5388"/>
    <w:rsid w:val="00EF0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1003061"/>
  <w15:chartTrackingRefBased/>
  <w15:docId w15:val="{AF070FD4-6704-B042-913A-DCE7A784D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Y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0F32"/>
    <w:pPr>
      <w:spacing w:after="0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F0F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F0F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F0F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0F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0F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0F3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0F3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0F3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0F3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0F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F0F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F0F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F0F3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0F3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0F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0F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0F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0F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0F3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0F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0F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0F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0F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0F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0F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0F3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0F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0F3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0F32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EF0F32"/>
    <w:pPr>
      <w:keepNext/>
      <w:keepLines/>
      <w:spacing w:before="240"/>
      <w:jc w:val="both"/>
    </w:pPr>
    <w:rPr>
      <w:rFonts w:ascii="Arial" w:hAnsi="Arial" w:cs="Arial"/>
      <w:b/>
      <w:bCs/>
      <w:sz w:val="22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EF0F3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F0F3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0F32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customStyle="1" w:styleId="Sourcenotes">
    <w:name w:val="Source &amp; notes"/>
    <w:uiPriority w:val="16"/>
    <w:qFormat/>
    <w:rsid w:val="00EF0F32"/>
    <w:pPr>
      <w:keepLines/>
      <w:spacing w:after="360" w:line="220" w:lineRule="exact"/>
      <w:contextualSpacing/>
      <w:jc w:val="both"/>
    </w:pPr>
    <w:rPr>
      <w:rFonts w:asciiTheme="majorHAnsi" w:hAnsiTheme="majorHAnsi"/>
      <w:kern w:val="0"/>
      <w:sz w:val="18"/>
      <w:szCs w:val="22"/>
      <w:lang w:val="en-US"/>
      <w14:ligatures w14:val="none"/>
    </w:rPr>
  </w:style>
  <w:style w:type="paragraph" w:customStyle="1" w:styleId="Tabletext">
    <w:name w:val="Table text"/>
    <w:basedOn w:val="Normal"/>
    <w:link w:val="TabletextChar"/>
    <w:qFormat/>
    <w:rsid w:val="00EF0F32"/>
    <w:pPr>
      <w:keepNext/>
      <w:jc w:val="right"/>
    </w:pPr>
    <w:rPr>
      <w:sz w:val="20"/>
      <w:szCs w:val="20"/>
    </w:rPr>
  </w:style>
  <w:style w:type="character" w:customStyle="1" w:styleId="TabletextChar">
    <w:name w:val="Table text Char"/>
    <w:basedOn w:val="DefaultParagraphFont"/>
    <w:link w:val="Tabletext"/>
    <w:rsid w:val="00EF0F32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Bibliography">
    <w:name w:val="Bibliography"/>
    <w:basedOn w:val="Normal"/>
    <w:next w:val="Normal"/>
    <w:uiPriority w:val="37"/>
    <w:unhideWhenUsed/>
    <w:rsid w:val="00EF0F32"/>
    <w:pPr>
      <w:spacing w:line="480" w:lineRule="auto"/>
      <w:ind w:left="720" w:hanging="720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0F3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0F32"/>
    <w:rPr>
      <w:rFonts w:ascii="Times New Roman" w:eastAsia="Times New Roman" w:hAnsi="Times New Roman" w:cs="Times New Roman"/>
      <w:b/>
      <w:bCs/>
      <w:kern w:val="0"/>
      <w:sz w:val="20"/>
      <w:szCs w:val="20"/>
      <w:lang w:val="en-US"/>
      <w14:ligatures w14:val="none"/>
    </w:rPr>
  </w:style>
  <w:style w:type="paragraph" w:customStyle="1" w:styleId="Para">
    <w:name w:val="Para"/>
    <w:link w:val="ParaChar"/>
    <w:uiPriority w:val="4"/>
    <w:qFormat/>
    <w:rsid w:val="00EF0F32"/>
    <w:pPr>
      <w:spacing w:before="120" w:after="120" w:line="260" w:lineRule="atLeast"/>
      <w:jc w:val="both"/>
    </w:pPr>
    <w:rPr>
      <w:color w:val="000000"/>
      <w:kern w:val="0"/>
      <w:sz w:val="20"/>
      <w:szCs w:val="22"/>
      <w:lang w:val="en-GB"/>
      <w14:ligatures w14:val="none"/>
    </w:rPr>
  </w:style>
  <w:style w:type="character" w:customStyle="1" w:styleId="ParaChar">
    <w:name w:val="Para Char"/>
    <w:basedOn w:val="DefaultParagraphFont"/>
    <w:link w:val="Para"/>
    <w:uiPriority w:val="4"/>
    <w:rsid w:val="00EF0F32"/>
    <w:rPr>
      <w:color w:val="000000"/>
      <w:kern w:val="0"/>
      <w:sz w:val="20"/>
      <w:szCs w:val="22"/>
      <w:lang w:val="en-GB"/>
      <w14:ligatures w14:val="none"/>
    </w:rPr>
  </w:style>
  <w:style w:type="table" w:styleId="GridTable1Light-Accent1">
    <w:name w:val="Grid Table 1 Light Accent 1"/>
    <w:basedOn w:val="TableNormal"/>
    <w:uiPriority w:val="46"/>
    <w:rsid w:val="00EF0F32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FootnoteText">
    <w:name w:val="footnote text"/>
    <w:aliases w:val="ADB,footnote,single space,fn,FOOTNOTES,Footnote Text Char Char,footnote text,foottextfra,F,Texto nota pie Car Car,Texto nota pie IIRSA,Texto de rodapé,nota_rodapé,nota de rodapé,Style 25,Texto nota piepddes Car Car,ft"/>
    <w:basedOn w:val="Normal"/>
    <w:link w:val="FootnoteTextChar"/>
    <w:uiPriority w:val="99"/>
    <w:unhideWhenUsed/>
    <w:qFormat/>
    <w:rsid w:val="00EF0F32"/>
    <w:rPr>
      <w:sz w:val="18"/>
      <w:szCs w:val="18"/>
    </w:rPr>
  </w:style>
  <w:style w:type="character" w:customStyle="1" w:styleId="FootnoteTextChar">
    <w:name w:val="Footnote Text Char"/>
    <w:aliases w:val="ADB Char,footnote Char,single space Char,fn Char,FOOTNOTES Char,Footnote Text Char Char Char,footnote text Char,foottextfra Char,F Char,Texto nota pie Car Car Char,Texto nota pie IIRSA Char,Texto de rodapé Char,nota_rodapé Char"/>
    <w:basedOn w:val="DefaultParagraphFont"/>
    <w:link w:val="FootnoteText"/>
    <w:uiPriority w:val="99"/>
    <w:rsid w:val="00EF0F32"/>
    <w:rPr>
      <w:rFonts w:ascii="Times New Roman" w:eastAsia="Times New Roman" w:hAnsi="Times New Roman" w:cs="Times New Roman"/>
      <w:kern w:val="0"/>
      <w:sz w:val="18"/>
      <w:szCs w:val="18"/>
      <w:lang w:val="en-US"/>
      <w14:ligatures w14:val="none"/>
    </w:rPr>
  </w:style>
  <w:style w:type="character" w:styleId="FootnoteReference">
    <w:name w:val="footnote reference"/>
    <w:aliases w:val="titulo 2,16 Point,Superscript 6 Point,FC,referencia nota al pie,ftref,Ref,de nota al pie,Fußnotenzeichen DISS,BVI fnr,Знак сноски 1,Footnote Referencefra,Ref. de nota al pie.,Style 24,pie pddes,Footnote Reference.SES,Знак сноски-FN"/>
    <w:basedOn w:val="DefaultParagraphFont"/>
    <w:link w:val="Char2"/>
    <w:uiPriority w:val="99"/>
    <w:unhideWhenUsed/>
    <w:qFormat/>
    <w:rsid w:val="00EF0F32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EF0F3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F0F32"/>
    <w:rPr>
      <w:color w:val="605E5C"/>
      <w:shd w:val="clear" w:color="auto" w:fill="E1DFDD"/>
    </w:rPr>
  </w:style>
  <w:style w:type="paragraph" w:customStyle="1" w:styleId="Char2">
    <w:name w:val="Char2"/>
    <w:basedOn w:val="Normal"/>
    <w:link w:val="FootnoteReference"/>
    <w:uiPriority w:val="99"/>
    <w:rsid w:val="00EF0F32"/>
    <w:pPr>
      <w:spacing w:line="240" w:lineRule="exact"/>
    </w:pPr>
    <w:rPr>
      <w:rFonts w:asciiTheme="minorHAnsi" w:eastAsiaTheme="minorHAnsi" w:hAnsiTheme="minorHAnsi" w:cstheme="minorBidi"/>
      <w:kern w:val="2"/>
      <w:vertAlign w:val="superscript"/>
      <w:lang w:val="en-UY"/>
      <w14:ligatures w14:val="standardContextual"/>
    </w:rPr>
  </w:style>
  <w:style w:type="table" w:styleId="PlainTable4">
    <w:name w:val="Plain Table 4"/>
    <w:basedOn w:val="TableNormal"/>
    <w:uiPriority w:val="44"/>
    <w:rsid w:val="00EF0F32"/>
    <w:pPr>
      <w:spacing w:after="0" w:line="240" w:lineRule="auto"/>
    </w:pPr>
    <w:rPr>
      <w:lang w:val="en-US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Header">
    <w:name w:val="header"/>
    <w:basedOn w:val="Normal"/>
    <w:link w:val="HeaderChar"/>
    <w:uiPriority w:val="99"/>
    <w:unhideWhenUsed/>
    <w:rsid w:val="00EF0F3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0F32"/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F0F3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0F32"/>
    <w:rPr>
      <w:rFonts w:ascii="Times New Roman" w:eastAsia="Times New Roman" w:hAnsi="Times New Roman" w:cs="Times New Roman"/>
      <w:kern w:val="0"/>
      <w:lang w:val="en-US"/>
      <w14:ligatures w14:val="none"/>
    </w:rPr>
  </w:style>
  <w:style w:type="table" w:styleId="TableGrid">
    <w:name w:val="Table Grid"/>
    <w:basedOn w:val="TableNormal"/>
    <w:uiPriority w:val="59"/>
    <w:rsid w:val="00EF0F32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">
    <w:name w:val="Mention"/>
    <w:basedOn w:val="DefaultParagraphFont"/>
    <w:uiPriority w:val="99"/>
    <w:unhideWhenUsed/>
    <w:rsid w:val="00EF0F32"/>
    <w:rPr>
      <w:color w:val="2B579A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EF0F32"/>
    <w:pPr>
      <w:spacing w:before="100" w:beforeAutospacing="1" w:after="100" w:afterAutospacing="1"/>
    </w:pPr>
  </w:style>
  <w:style w:type="table" w:styleId="PlainTable5">
    <w:name w:val="Plain Table 5"/>
    <w:basedOn w:val="TableNormal"/>
    <w:uiPriority w:val="45"/>
    <w:rsid w:val="00EF0F32"/>
    <w:pPr>
      <w:spacing w:after="0" w:line="240" w:lineRule="auto"/>
    </w:pPr>
    <w:rPr>
      <w:lang w:val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Revision">
    <w:name w:val="Revision"/>
    <w:hidden/>
    <w:uiPriority w:val="99"/>
    <w:semiHidden/>
    <w:rsid w:val="00EF0F32"/>
    <w:pPr>
      <w:spacing w:after="0" w:line="240" w:lineRule="auto"/>
    </w:pPr>
    <w:rPr>
      <w:rFonts w:ascii="Arial" w:eastAsia="Times New Roman" w:hAnsi="Arial" w:cs="Arial"/>
      <w:kern w:val="0"/>
      <w:sz w:val="22"/>
      <w:szCs w:val="22"/>
      <w:lang w:val="en-US"/>
      <w14:ligatures w14:val="none"/>
    </w:rPr>
  </w:style>
  <w:style w:type="character" w:customStyle="1" w:styleId="normaltextrun">
    <w:name w:val="normaltextrun"/>
    <w:basedOn w:val="DefaultParagraphFont"/>
    <w:rsid w:val="00EF0F32"/>
  </w:style>
  <w:style w:type="character" w:customStyle="1" w:styleId="eop">
    <w:name w:val="eop"/>
    <w:basedOn w:val="DefaultParagraphFont"/>
    <w:rsid w:val="00EF0F32"/>
  </w:style>
  <w:style w:type="paragraph" w:customStyle="1" w:styleId="Default">
    <w:name w:val="Default"/>
    <w:rsid w:val="00EF0F3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lang w:val="en-US"/>
    </w:rPr>
  </w:style>
  <w:style w:type="character" w:customStyle="1" w:styleId="whitespace-normal">
    <w:name w:val="whitespace-normal"/>
    <w:basedOn w:val="DefaultParagraphFont"/>
    <w:rsid w:val="00EF0F32"/>
  </w:style>
  <w:style w:type="character" w:styleId="Strong">
    <w:name w:val="Strong"/>
    <w:basedOn w:val="DefaultParagraphFont"/>
    <w:uiPriority w:val="22"/>
    <w:qFormat/>
    <w:rsid w:val="00EF0F32"/>
    <w:rPr>
      <w:b/>
      <w:bCs/>
    </w:rPr>
  </w:style>
  <w:style w:type="character" w:styleId="Emphasis">
    <w:name w:val="Emphasis"/>
    <w:basedOn w:val="DefaultParagraphFont"/>
    <w:uiPriority w:val="20"/>
    <w:qFormat/>
    <w:rsid w:val="00EF0F32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EF0F32"/>
    <w:rPr>
      <w:color w:val="96607D" w:themeColor="followedHyperlink"/>
      <w:u w:val="single"/>
    </w:rPr>
  </w:style>
  <w:style w:type="character" w:customStyle="1" w:styleId="inline-flex">
    <w:name w:val="inline-flex"/>
    <w:basedOn w:val="DefaultParagraphFont"/>
    <w:rsid w:val="00EF0F32"/>
  </w:style>
  <w:style w:type="paragraph" w:customStyle="1" w:styleId="isselectedend">
    <w:name w:val="isselectedend"/>
    <w:basedOn w:val="Normal"/>
    <w:rsid w:val="00EF0F32"/>
    <w:pPr>
      <w:spacing w:before="100" w:beforeAutospacing="1" w:after="100" w:afterAutospacing="1"/>
    </w:pPr>
  </w:style>
  <w:style w:type="character" w:customStyle="1" w:styleId="text-token-text-primary">
    <w:name w:val="text-token-text-primary"/>
    <w:basedOn w:val="DefaultParagraphFont"/>
    <w:rsid w:val="00EF0F32"/>
  </w:style>
  <w:style w:type="paragraph" w:styleId="NoSpacing">
    <w:name w:val="No Spacing"/>
    <w:uiPriority w:val="1"/>
    <w:qFormat/>
    <w:rsid w:val="00EF0F32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BodyText">
    <w:name w:val="Body Text"/>
    <w:basedOn w:val="Normal"/>
    <w:link w:val="BodyTextChar"/>
    <w:uiPriority w:val="99"/>
    <w:unhideWhenUsed/>
    <w:rsid w:val="00EF0F32"/>
    <w:pPr>
      <w:spacing w:after="120" w:line="276" w:lineRule="auto"/>
    </w:pPr>
    <w:rPr>
      <w:rFonts w:ascii="Arial" w:eastAsiaTheme="minorEastAsia" w:hAnsi="Arial" w:cstheme="minorBidi"/>
      <w:sz w:val="12"/>
      <w:szCs w:val="22"/>
    </w:rPr>
  </w:style>
  <w:style w:type="character" w:customStyle="1" w:styleId="BodyTextChar">
    <w:name w:val="Body Text Char"/>
    <w:basedOn w:val="DefaultParagraphFont"/>
    <w:link w:val="BodyText"/>
    <w:uiPriority w:val="99"/>
    <w:rsid w:val="00EF0F32"/>
    <w:rPr>
      <w:rFonts w:ascii="Arial" w:eastAsiaTheme="minorEastAsia" w:hAnsi="Arial"/>
      <w:kern w:val="0"/>
      <w:sz w:val="12"/>
      <w:szCs w:val="22"/>
      <w:lang w:val="en-US"/>
      <w14:ligatures w14:val="none"/>
    </w:rPr>
  </w:style>
  <w:style w:type="paragraph" w:styleId="BodyText2">
    <w:name w:val="Body Text 2"/>
    <w:basedOn w:val="Normal"/>
    <w:link w:val="BodyText2Char"/>
    <w:uiPriority w:val="99"/>
    <w:unhideWhenUsed/>
    <w:rsid w:val="00EF0F32"/>
    <w:pPr>
      <w:spacing w:after="120" w:line="480" w:lineRule="auto"/>
    </w:pPr>
    <w:rPr>
      <w:rFonts w:ascii="Arial" w:eastAsiaTheme="minorEastAsia" w:hAnsi="Arial" w:cstheme="minorBidi"/>
      <w:sz w:val="12"/>
      <w:szCs w:val="22"/>
    </w:rPr>
  </w:style>
  <w:style w:type="character" w:customStyle="1" w:styleId="BodyText2Char">
    <w:name w:val="Body Text 2 Char"/>
    <w:basedOn w:val="DefaultParagraphFont"/>
    <w:link w:val="BodyText2"/>
    <w:uiPriority w:val="99"/>
    <w:rsid w:val="00EF0F32"/>
    <w:rPr>
      <w:rFonts w:ascii="Arial" w:eastAsiaTheme="minorEastAsia" w:hAnsi="Arial"/>
      <w:kern w:val="0"/>
      <w:sz w:val="12"/>
      <w:szCs w:val="22"/>
      <w:lang w:val="en-US"/>
      <w14:ligatures w14:val="none"/>
    </w:rPr>
  </w:style>
  <w:style w:type="paragraph" w:styleId="BodyText3">
    <w:name w:val="Body Text 3"/>
    <w:basedOn w:val="Normal"/>
    <w:link w:val="BodyText3Char"/>
    <w:uiPriority w:val="99"/>
    <w:unhideWhenUsed/>
    <w:rsid w:val="00EF0F32"/>
    <w:pPr>
      <w:spacing w:after="120" w:line="276" w:lineRule="auto"/>
    </w:pPr>
    <w:rPr>
      <w:rFonts w:ascii="Arial" w:eastAsiaTheme="minorEastAsia" w:hAnsi="Arial" w:cstheme="minorBidi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EF0F32"/>
    <w:rPr>
      <w:rFonts w:ascii="Arial" w:eastAsiaTheme="minorEastAsia" w:hAnsi="Arial"/>
      <w:kern w:val="0"/>
      <w:sz w:val="16"/>
      <w:szCs w:val="16"/>
      <w:lang w:val="en-US"/>
      <w14:ligatures w14:val="none"/>
    </w:rPr>
  </w:style>
  <w:style w:type="paragraph" w:styleId="List">
    <w:name w:val="List"/>
    <w:basedOn w:val="Normal"/>
    <w:uiPriority w:val="99"/>
    <w:unhideWhenUsed/>
    <w:rsid w:val="00EF0F32"/>
    <w:pPr>
      <w:spacing w:after="200" w:line="276" w:lineRule="auto"/>
      <w:ind w:left="360" w:hanging="360"/>
      <w:contextualSpacing/>
    </w:pPr>
    <w:rPr>
      <w:rFonts w:ascii="Arial" w:eastAsiaTheme="minorEastAsia" w:hAnsi="Arial" w:cstheme="minorBidi"/>
      <w:sz w:val="12"/>
      <w:szCs w:val="22"/>
    </w:rPr>
  </w:style>
  <w:style w:type="paragraph" w:styleId="List2">
    <w:name w:val="List 2"/>
    <w:basedOn w:val="Normal"/>
    <w:uiPriority w:val="99"/>
    <w:unhideWhenUsed/>
    <w:rsid w:val="00EF0F32"/>
    <w:pPr>
      <w:spacing w:after="200" w:line="276" w:lineRule="auto"/>
      <w:ind w:left="720" w:hanging="360"/>
      <w:contextualSpacing/>
    </w:pPr>
    <w:rPr>
      <w:rFonts w:ascii="Arial" w:eastAsiaTheme="minorEastAsia" w:hAnsi="Arial" w:cstheme="minorBidi"/>
      <w:sz w:val="12"/>
      <w:szCs w:val="22"/>
    </w:rPr>
  </w:style>
  <w:style w:type="paragraph" w:styleId="List3">
    <w:name w:val="List 3"/>
    <w:basedOn w:val="Normal"/>
    <w:uiPriority w:val="99"/>
    <w:unhideWhenUsed/>
    <w:rsid w:val="00EF0F32"/>
    <w:pPr>
      <w:spacing w:after="200" w:line="276" w:lineRule="auto"/>
      <w:ind w:left="1080" w:hanging="360"/>
      <w:contextualSpacing/>
    </w:pPr>
    <w:rPr>
      <w:rFonts w:ascii="Arial" w:eastAsiaTheme="minorEastAsia" w:hAnsi="Arial" w:cstheme="minorBidi"/>
      <w:sz w:val="12"/>
      <w:szCs w:val="22"/>
    </w:rPr>
  </w:style>
  <w:style w:type="paragraph" w:styleId="ListBullet">
    <w:name w:val="List Bullet"/>
    <w:basedOn w:val="Normal"/>
    <w:uiPriority w:val="99"/>
    <w:unhideWhenUsed/>
    <w:rsid w:val="00EF0F32"/>
    <w:pPr>
      <w:numPr>
        <w:numId w:val="6"/>
      </w:numPr>
      <w:tabs>
        <w:tab w:val="clear" w:pos="360"/>
      </w:tabs>
      <w:spacing w:after="200" w:line="276" w:lineRule="auto"/>
      <w:ind w:left="0" w:firstLine="0"/>
      <w:contextualSpacing/>
    </w:pPr>
    <w:rPr>
      <w:rFonts w:ascii="Arial" w:eastAsiaTheme="minorEastAsia" w:hAnsi="Arial" w:cstheme="minorBidi"/>
      <w:sz w:val="12"/>
      <w:szCs w:val="22"/>
    </w:rPr>
  </w:style>
  <w:style w:type="paragraph" w:styleId="ListBullet2">
    <w:name w:val="List Bullet 2"/>
    <w:basedOn w:val="Normal"/>
    <w:uiPriority w:val="99"/>
    <w:unhideWhenUsed/>
    <w:rsid w:val="00EF0F32"/>
    <w:pPr>
      <w:numPr>
        <w:numId w:val="7"/>
      </w:numPr>
      <w:tabs>
        <w:tab w:val="clear" w:pos="720"/>
      </w:tabs>
      <w:spacing w:after="200" w:line="276" w:lineRule="auto"/>
      <w:ind w:left="0" w:firstLine="0"/>
      <w:contextualSpacing/>
    </w:pPr>
    <w:rPr>
      <w:rFonts w:ascii="Arial" w:eastAsiaTheme="minorEastAsia" w:hAnsi="Arial" w:cstheme="minorBidi"/>
      <w:sz w:val="12"/>
      <w:szCs w:val="22"/>
    </w:rPr>
  </w:style>
  <w:style w:type="paragraph" w:styleId="ListBullet3">
    <w:name w:val="List Bullet 3"/>
    <w:basedOn w:val="Normal"/>
    <w:uiPriority w:val="99"/>
    <w:unhideWhenUsed/>
    <w:rsid w:val="00EF0F32"/>
    <w:pPr>
      <w:numPr>
        <w:numId w:val="8"/>
      </w:numPr>
      <w:tabs>
        <w:tab w:val="clear" w:pos="1080"/>
      </w:tabs>
      <w:spacing w:after="200" w:line="276" w:lineRule="auto"/>
      <w:ind w:left="0" w:firstLine="0"/>
      <w:contextualSpacing/>
    </w:pPr>
    <w:rPr>
      <w:rFonts w:ascii="Arial" w:eastAsiaTheme="minorEastAsia" w:hAnsi="Arial" w:cstheme="minorBidi"/>
      <w:sz w:val="12"/>
      <w:szCs w:val="22"/>
    </w:rPr>
  </w:style>
  <w:style w:type="paragraph" w:styleId="ListNumber">
    <w:name w:val="List Number"/>
    <w:basedOn w:val="Normal"/>
    <w:uiPriority w:val="99"/>
    <w:unhideWhenUsed/>
    <w:rsid w:val="00EF0F32"/>
    <w:pPr>
      <w:numPr>
        <w:numId w:val="10"/>
      </w:numPr>
      <w:tabs>
        <w:tab w:val="clear" w:pos="360"/>
      </w:tabs>
      <w:spacing w:after="200" w:line="276" w:lineRule="auto"/>
      <w:ind w:left="0" w:firstLine="0"/>
      <w:contextualSpacing/>
    </w:pPr>
    <w:rPr>
      <w:rFonts w:ascii="Arial" w:eastAsiaTheme="minorEastAsia" w:hAnsi="Arial" w:cstheme="minorBidi"/>
      <w:sz w:val="12"/>
      <w:szCs w:val="22"/>
    </w:rPr>
  </w:style>
  <w:style w:type="paragraph" w:styleId="ListNumber2">
    <w:name w:val="List Number 2"/>
    <w:basedOn w:val="Normal"/>
    <w:uiPriority w:val="99"/>
    <w:unhideWhenUsed/>
    <w:rsid w:val="00EF0F32"/>
    <w:pPr>
      <w:numPr>
        <w:numId w:val="11"/>
      </w:numPr>
      <w:tabs>
        <w:tab w:val="clear" w:pos="720"/>
      </w:tabs>
      <w:spacing w:after="200" w:line="276" w:lineRule="auto"/>
      <w:ind w:left="0" w:firstLine="0"/>
      <w:contextualSpacing/>
    </w:pPr>
    <w:rPr>
      <w:rFonts w:ascii="Arial" w:eastAsiaTheme="minorEastAsia" w:hAnsi="Arial" w:cstheme="minorBidi"/>
      <w:sz w:val="12"/>
      <w:szCs w:val="22"/>
    </w:rPr>
  </w:style>
  <w:style w:type="paragraph" w:styleId="ListNumber3">
    <w:name w:val="List Number 3"/>
    <w:basedOn w:val="Normal"/>
    <w:uiPriority w:val="99"/>
    <w:unhideWhenUsed/>
    <w:rsid w:val="00EF0F32"/>
    <w:pPr>
      <w:numPr>
        <w:numId w:val="12"/>
      </w:numPr>
      <w:tabs>
        <w:tab w:val="clear" w:pos="1080"/>
      </w:tabs>
      <w:spacing w:after="200" w:line="276" w:lineRule="auto"/>
      <w:ind w:left="0" w:firstLine="0"/>
      <w:contextualSpacing/>
    </w:pPr>
    <w:rPr>
      <w:rFonts w:ascii="Arial" w:eastAsiaTheme="minorEastAsia" w:hAnsi="Arial" w:cstheme="minorBidi"/>
      <w:sz w:val="12"/>
      <w:szCs w:val="22"/>
    </w:rPr>
  </w:style>
  <w:style w:type="paragraph" w:styleId="ListContinue">
    <w:name w:val="List Continue"/>
    <w:basedOn w:val="Normal"/>
    <w:uiPriority w:val="99"/>
    <w:unhideWhenUsed/>
    <w:rsid w:val="00EF0F32"/>
    <w:pPr>
      <w:spacing w:after="120" w:line="276" w:lineRule="auto"/>
      <w:ind w:left="360"/>
      <w:contextualSpacing/>
    </w:pPr>
    <w:rPr>
      <w:rFonts w:ascii="Arial" w:eastAsiaTheme="minorEastAsia" w:hAnsi="Arial" w:cstheme="minorBidi"/>
      <w:sz w:val="12"/>
      <w:szCs w:val="22"/>
    </w:rPr>
  </w:style>
  <w:style w:type="paragraph" w:styleId="ListContinue2">
    <w:name w:val="List Continue 2"/>
    <w:basedOn w:val="Normal"/>
    <w:uiPriority w:val="99"/>
    <w:unhideWhenUsed/>
    <w:rsid w:val="00EF0F32"/>
    <w:pPr>
      <w:spacing w:after="120" w:line="276" w:lineRule="auto"/>
      <w:ind w:left="720"/>
      <w:contextualSpacing/>
    </w:pPr>
    <w:rPr>
      <w:rFonts w:ascii="Arial" w:eastAsiaTheme="minorEastAsia" w:hAnsi="Arial" w:cstheme="minorBidi"/>
      <w:sz w:val="12"/>
      <w:szCs w:val="22"/>
    </w:rPr>
  </w:style>
  <w:style w:type="paragraph" w:styleId="ListContinue3">
    <w:name w:val="List Continue 3"/>
    <w:basedOn w:val="Normal"/>
    <w:uiPriority w:val="99"/>
    <w:unhideWhenUsed/>
    <w:rsid w:val="00EF0F32"/>
    <w:pPr>
      <w:spacing w:after="120" w:line="276" w:lineRule="auto"/>
      <w:ind w:left="1080"/>
      <w:contextualSpacing/>
    </w:pPr>
    <w:rPr>
      <w:rFonts w:ascii="Arial" w:eastAsiaTheme="minorEastAsia" w:hAnsi="Arial" w:cstheme="minorBidi"/>
      <w:sz w:val="12"/>
      <w:szCs w:val="22"/>
    </w:rPr>
  </w:style>
  <w:style w:type="paragraph" w:styleId="MacroText">
    <w:name w:val="macro"/>
    <w:link w:val="MacroTextChar"/>
    <w:uiPriority w:val="99"/>
    <w:unhideWhenUsed/>
    <w:rsid w:val="00EF0F32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eastAsiaTheme="minorEastAsia" w:hAnsi="Courier"/>
      <w:kern w:val="0"/>
      <w:sz w:val="20"/>
      <w:szCs w:val="20"/>
      <w:lang w:val="en-US"/>
      <w14:ligatures w14:val="none"/>
    </w:rPr>
  </w:style>
  <w:style w:type="character" w:customStyle="1" w:styleId="MacroTextChar">
    <w:name w:val="Macro Text Char"/>
    <w:basedOn w:val="DefaultParagraphFont"/>
    <w:link w:val="MacroText"/>
    <w:uiPriority w:val="99"/>
    <w:rsid w:val="00EF0F32"/>
    <w:rPr>
      <w:rFonts w:ascii="Courier" w:eastAsiaTheme="minorEastAsia" w:hAnsi="Courier"/>
      <w:kern w:val="0"/>
      <w:sz w:val="20"/>
      <w:szCs w:val="20"/>
      <w:lang w:val="en-US"/>
      <w14:ligatures w14:val="none"/>
    </w:rPr>
  </w:style>
  <w:style w:type="character" w:styleId="SubtleEmphasis">
    <w:name w:val="Subtle Emphasis"/>
    <w:basedOn w:val="DefaultParagraphFont"/>
    <w:uiPriority w:val="19"/>
    <w:qFormat/>
    <w:rsid w:val="00EF0F32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31"/>
    <w:qFormat/>
    <w:rsid w:val="00EF0F32"/>
    <w:rPr>
      <w:smallCaps/>
      <w:color w:val="E97132" w:themeColor="accent2"/>
      <w:u w:val="single"/>
    </w:rPr>
  </w:style>
  <w:style w:type="character" w:styleId="BookTitle">
    <w:name w:val="Book Title"/>
    <w:basedOn w:val="DefaultParagraphFont"/>
    <w:uiPriority w:val="33"/>
    <w:qFormat/>
    <w:rsid w:val="00EF0F32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F0F32"/>
    <w:pPr>
      <w:spacing w:before="480" w:after="0" w:line="276" w:lineRule="auto"/>
      <w:outlineLvl w:val="9"/>
    </w:pPr>
    <w:rPr>
      <w:b/>
      <w:bCs/>
      <w:sz w:val="28"/>
      <w:szCs w:val="28"/>
    </w:rPr>
  </w:style>
  <w:style w:type="table" w:styleId="LightShading">
    <w:name w:val="Light Shading"/>
    <w:basedOn w:val="TableNormal"/>
    <w:uiPriority w:val="60"/>
    <w:rsid w:val="00EF0F32"/>
    <w:pPr>
      <w:spacing w:after="0" w:line="240" w:lineRule="auto"/>
    </w:pPr>
    <w:rPr>
      <w:rFonts w:eastAsiaTheme="minorEastAsia"/>
      <w:color w:val="000000" w:themeColor="text1" w:themeShade="BF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EF0F32"/>
    <w:pPr>
      <w:spacing w:after="0" w:line="240" w:lineRule="auto"/>
    </w:pPr>
    <w:rPr>
      <w:rFonts w:eastAsiaTheme="minorEastAsia"/>
      <w:color w:val="0F4761" w:themeColor="accent1" w:themeShade="BF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EF0F32"/>
    <w:pPr>
      <w:spacing w:after="0" w:line="240" w:lineRule="auto"/>
    </w:pPr>
    <w:rPr>
      <w:rFonts w:eastAsiaTheme="minorEastAsia"/>
      <w:color w:val="BF4E14" w:themeColor="accent2" w:themeShade="BF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EF0F32"/>
    <w:pPr>
      <w:spacing w:after="0" w:line="240" w:lineRule="auto"/>
    </w:pPr>
    <w:rPr>
      <w:rFonts w:eastAsiaTheme="minorEastAsia"/>
      <w:color w:val="124F1A" w:themeColor="accent3" w:themeShade="BF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EF0F32"/>
    <w:pPr>
      <w:spacing w:after="0" w:line="240" w:lineRule="auto"/>
    </w:pPr>
    <w:rPr>
      <w:rFonts w:eastAsiaTheme="minorEastAsia"/>
      <w:color w:val="0B769F" w:themeColor="accent4" w:themeShade="BF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EF0F32"/>
    <w:pPr>
      <w:spacing w:after="0" w:line="240" w:lineRule="auto"/>
    </w:pPr>
    <w:rPr>
      <w:rFonts w:eastAsiaTheme="minorEastAsia"/>
      <w:color w:val="77206D" w:themeColor="accent5" w:themeShade="BF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EF0F32"/>
    <w:pPr>
      <w:spacing w:after="0" w:line="240" w:lineRule="auto"/>
    </w:pPr>
    <w:rPr>
      <w:rFonts w:eastAsiaTheme="minorEastAsia"/>
      <w:color w:val="3A7C22" w:themeColor="accent6" w:themeShade="BF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table" w:styleId="LightList">
    <w:name w:val="Light List"/>
    <w:basedOn w:val="TableNormal"/>
    <w:uiPriority w:val="61"/>
    <w:rsid w:val="00EF0F32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EF0F32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EF0F32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EF0F32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EF0F32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EF0F32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EF0F32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</w:style>
  <w:style w:type="table" w:styleId="LightGrid">
    <w:name w:val="Light Grid"/>
    <w:basedOn w:val="TableNormal"/>
    <w:uiPriority w:val="62"/>
    <w:rsid w:val="00EF0F32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EF0F32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EF0F32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1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EF0F32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1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  <w:shd w:val="clear" w:color="auto" w:fill="B3EDBA" w:themeFill="accent3" w:themeFillTint="3F"/>
      </w:tcPr>
    </w:tblStylePr>
    <w:tblStylePr w:type="band2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EF0F32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1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EF0F32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1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EF0F32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1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EF0F32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EF0F32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EF0F32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B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EF0F32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DB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EF0F32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E9F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EF0F32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EF0F32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EF0F32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EF0F32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EF0F32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EF0F32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EF0F32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EF0F32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EF0F32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EF0F32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EF0F32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EF0F32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7132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shd w:val="clear" w:color="auto" w:fill="F9DBCC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EF0F32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6B24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shd w:val="clear" w:color="auto" w:fill="B3EDBA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EF0F32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9ED5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shd w:val="clear" w:color="auto" w:fill="BDE9FA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EF0F32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2B93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shd w:val="clear" w:color="auto" w:fill="EFC3E9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EF0F32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A72E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shd w:val="clear" w:color="auto" w:fill="D0EFC5" w:themeFill="accent6" w:themeFillTint="3F"/>
      </w:tcPr>
    </w:tblStylePr>
  </w:style>
  <w:style w:type="table" w:styleId="MediumList2">
    <w:name w:val="Medium List 2"/>
    <w:basedOn w:val="TableNormal"/>
    <w:uiPriority w:val="66"/>
    <w:rsid w:val="00EF0F3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EF0F3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EF0F3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97132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713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713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B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EF0F3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6B2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6B2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6B2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EF0F3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9ED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9E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9E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EF0F3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2B9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2B9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2B9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EF0F3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A72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A72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A72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EF0F32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EF0F32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  <w:insideV w:val="single" w:sz="8" w:space="0" w:color="2198CF" w:themeColor="accent1" w:themeTint="BF"/>
      </w:tblBorders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EF0F32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  <w:insideV w:val="single" w:sz="8" w:space="0" w:color="EE9465" w:themeColor="accent2" w:themeTint="BF"/>
      </w:tblBorders>
    </w:tblPr>
    <w:tcPr>
      <w:shd w:val="clear" w:color="auto" w:fill="F9DB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94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EF0F32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  <w:insideV w:val="single" w:sz="8" w:space="0" w:color="2BB73D" w:themeColor="accent3" w:themeTint="BF"/>
      </w:tblBorders>
    </w:tblPr>
    <w:tcPr>
      <w:shd w:val="clear" w:color="auto" w:fill="B3EDB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BB73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EF0F32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  <w:insideV w:val="single" w:sz="8" w:space="0" w:color="39BEF1" w:themeColor="accent4" w:themeTint="BF"/>
      </w:tblBorders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BEF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EF0F32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  <w:insideV w:val="single" w:sz="8" w:space="0" w:color="CE49BF" w:themeColor="accent5" w:themeTint="BF"/>
      </w:tblBorders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9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EF0F32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  <w:insideV w:val="single" w:sz="8" w:space="0" w:color="71CF50" w:themeColor="accent6" w:themeTint="BF"/>
      </w:tblBorders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F5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MediumGrid2">
    <w:name w:val="Medium Grid 2"/>
    <w:basedOn w:val="TableNormal"/>
    <w:uiPriority w:val="68"/>
    <w:rsid w:val="00EF0F3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EF0F3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cPr>
      <w:shd w:val="clear" w:color="auto" w:fill="B2DE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F2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 w:themeFill="accent1" w:themeFillTint="33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tcBorders>
          <w:insideH w:val="single" w:sz="6" w:space="0" w:color="156082" w:themeColor="accent1"/>
          <w:insideV w:val="single" w:sz="6" w:space="0" w:color="156082" w:themeColor="accent1"/>
        </w:tcBorders>
        <w:shd w:val="clear" w:color="auto" w:fill="64BD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EF0F3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cPr>
      <w:shd w:val="clear" w:color="auto" w:fill="F9DB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F0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 w:themeFill="accent2" w:themeFillTint="33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tcBorders>
          <w:insideH w:val="single" w:sz="6" w:space="0" w:color="E97132" w:themeColor="accent2"/>
          <w:insideV w:val="single" w:sz="6" w:space="0" w:color="E97132" w:themeColor="accent2"/>
        </w:tcBorders>
        <w:shd w:val="clear" w:color="auto" w:fill="F4B7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EF0F3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cPr>
      <w:shd w:val="clear" w:color="auto" w:fill="B3EDB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sz="6" w:space="0" w:color="196B24" w:themeColor="accent3"/>
          <w:insideV w:val="single" w:sz="6" w:space="0" w:color="196B24" w:themeColor="accent3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EF0F3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cPr>
      <w:shd w:val="clear" w:color="auto" w:fill="BDE9F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sz="6" w:space="0" w:color="0F9ED5" w:themeColor="accent4"/>
          <w:insideV w:val="single" w:sz="6" w:space="0" w:color="0F9ED5" w:themeColor="accent4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EF0F3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cPr>
      <w:shd w:val="clear" w:color="auto" w:fill="EFC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sz="6" w:space="0" w:color="A02B93" w:themeColor="accent5"/>
          <w:insideV w:val="single" w:sz="6" w:space="0" w:color="A02B93" w:themeColor="accent5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EF0F3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cPr>
      <w:shd w:val="clear" w:color="auto" w:fill="D0EFC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tcBorders>
          <w:insideH w:val="single" w:sz="6" w:space="0" w:color="4EA72E" w:themeColor="accent6"/>
          <w:insideV w:val="single" w:sz="6" w:space="0" w:color="4EA72E" w:themeColor="accent6"/>
        </w:tcBorders>
        <w:shd w:val="clear" w:color="auto" w:fill="A0DF8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EF0F32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EF0F32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EF0F32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B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B7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B798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EF0F32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DB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B7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6DB75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EF0F32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E9F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D3F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D3F5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EF0F32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6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86D4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EF0F32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F8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F8A" w:themeFill="accent6" w:themeFillTint="7F"/>
      </w:tcPr>
    </w:tblStylePr>
  </w:style>
  <w:style w:type="table" w:styleId="DarkList">
    <w:name w:val="Dark List"/>
    <w:basedOn w:val="TableNormal"/>
    <w:uiPriority w:val="70"/>
    <w:rsid w:val="00EF0F32"/>
    <w:pPr>
      <w:spacing w:after="0" w:line="240" w:lineRule="auto"/>
    </w:pPr>
    <w:rPr>
      <w:rFonts w:eastAsiaTheme="minorEastAsia"/>
      <w:color w:val="FFFFFF" w:themeColor="background1"/>
      <w:kern w:val="0"/>
      <w:sz w:val="22"/>
      <w:szCs w:val="22"/>
      <w:lang w:val="en-US"/>
      <w14:ligatures w14:val="none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EF0F32"/>
    <w:pPr>
      <w:spacing w:after="0" w:line="240" w:lineRule="auto"/>
    </w:pPr>
    <w:rPr>
      <w:rFonts w:eastAsiaTheme="minorEastAsia"/>
      <w:color w:val="FFFFFF" w:themeColor="background1"/>
      <w:kern w:val="0"/>
      <w:sz w:val="22"/>
      <w:szCs w:val="22"/>
      <w:lang w:val="en-US"/>
      <w14:ligatures w14:val="none"/>
    </w:rPr>
    <w:tblPr>
      <w:tblStyleRowBandSize w:val="1"/>
      <w:tblStyleColBandSize w:val="1"/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476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EF0F32"/>
    <w:pPr>
      <w:spacing w:after="0" w:line="240" w:lineRule="auto"/>
    </w:pPr>
    <w:rPr>
      <w:rFonts w:eastAsiaTheme="minorEastAsia"/>
      <w:color w:val="FFFFFF" w:themeColor="background1"/>
      <w:kern w:val="0"/>
      <w:sz w:val="22"/>
      <w:szCs w:val="22"/>
      <w:lang w:val="en-US"/>
      <w14:ligatures w14:val="none"/>
    </w:rPr>
    <w:tblPr>
      <w:tblStyleRowBandSize w:val="1"/>
      <w:tblStyleColBandSize w:val="1"/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E1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EF0F32"/>
    <w:pPr>
      <w:spacing w:after="0" w:line="240" w:lineRule="auto"/>
    </w:pPr>
    <w:rPr>
      <w:rFonts w:eastAsiaTheme="minorEastAsia"/>
      <w:color w:val="FFFFFF" w:themeColor="background1"/>
      <w:kern w:val="0"/>
      <w:sz w:val="22"/>
      <w:szCs w:val="22"/>
      <w:lang w:val="en-US"/>
      <w14:ligatures w14:val="none"/>
    </w:rPr>
    <w:tblPr>
      <w:tblStyleRowBandSize w:val="1"/>
      <w:tblStyleColBandSize w:val="1"/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35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4F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EF0F32"/>
    <w:pPr>
      <w:spacing w:after="0" w:line="240" w:lineRule="auto"/>
    </w:pPr>
    <w:rPr>
      <w:rFonts w:eastAsiaTheme="minorEastAsia"/>
      <w:color w:val="FFFFFF" w:themeColor="background1"/>
      <w:kern w:val="0"/>
      <w:sz w:val="22"/>
      <w:szCs w:val="22"/>
      <w:lang w:val="en-US"/>
      <w14:ligatures w14:val="none"/>
    </w:rPr>
    <w:tblPr>
      <w:tblStyleRowBandSize w:val="1"/>
      <w:tblStyleColBandSize w:val="1"/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4E6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EF0F32"/>
    <w:pPr>
      <w:spacing w:after="0" w:line="240" w:lineRule="auto"/>
    </w:pPr>
    <w:rPr>
      <w:rFonts w:eastAsiaTheme="minorEastAsia"/>
      <w:color w:val="FFFFFF" w:themeColor="background1"/>
      <w:kern w:val="0"/>
      <w:sz w:val="22"/>
      <w:szCs w:val="22"/>
      <w:lang w:val="en-US"/>
      <w14:ligatures w14:val="none"/>
    </w:rPr>
    <w:tblPr>
      <w:tblStyleRowBandSize w:val="1"/>
      <w:tblStyleColBandSize w:val="1"/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15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206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EF0F32"/>
    <w:pPr>
      <w:spacing w:after="0" w:line="240" w:lineRule="auto"/>
    </w:pPr>
    <w:rPr>
      <w:rFonts w:eastAsiaTheme="minorEastAsia"/>
      <w:color w:val="FFFFFF" w:themeColor="background1"/>
      <w:kern w:val="0"/>
      <w:sz w:val="22"/>
      <w:szCs w:val="22"/>
      <w:lang w:val="en-US"/>
      <w14:ligatures w14:val="none"/>
    </w:rPr>
    <w:tblPr>
      <w:tblStyleRowBandSize w:val="1"/>
      <w:tblStyleColBandSize w:val="1"/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31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7C2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EF0F32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EF0F32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39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394D" w:themeColor="accent1" w:themeShade="99"/>
          <w:insideV w:val="nil"/>
        </w:tcBorders>
        <w:shd w:val="clear" w:color="auto" w:fill="0C39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 w:themeFill="accent1" w:themeFillShade="99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64BDE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EF0F32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0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F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F10" w:themeColor="accent2" w:themeShade="99"/>
          <w:insideV w:val="nil"/>
        </w:tcBorders>
        <w:shd w:val="clear" w:color="auto" w:fill="993F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 w:themeFill="accent2" w:themeFillShade="99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4B7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EF0F32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24" w:space="0" w:color="0F9ED5" w:themeColor="accent4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8E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40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4015" w:themeColor="accent3" w:themeShade="99"/>
          <w:insideV w:val="nil"/>
        </w:tcBorders>
        <w:shd w:val="clear" w:color="auto" w:fill="0F40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 w:themeFill="accent3" w:themeFillShade="99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EF0F32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24" w:space="0" w:color="196B24" w:themeColor="accent3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6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5E7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5E7F" w:themeColor="accent4" w:themeShade="99"/>
          <w:insideV w:val="nil"/>
        </w:tcBorders>
        <w:shd w:val="clear" w:color="auto" w:fill="095E7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 w:themeFill="accent4" w:themeFillShade="99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7BD3F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EF0F32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24" w:space="0" w:color="4EA72E" w:themeColor="accent6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19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1957" w:themeColor="accent5" w:themeShade="99"/>
          <w:insideV w:val="nil"/>
        </w:tcBorders>
        <w:shd w:val="clear" w:color="auto" w:fill="5F19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 w:themeFill="accent5" w:themeFillShade="99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DE86D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EF0F32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24" w:space="0" w:color="A02B93" w:themeColor="accent5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41B" w:themeColor="accent6" w:themeShade="99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A0DF8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EF0F32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EF0F32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</w:tblPr>
    <w:tcPr>
      <w:shd w:val="clear" w:color="auto" w:fill="E0F2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EF0F32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</w:tblPr>
    <w:tcPr>
      <w:shd w:val="clear" w:color="auto" w:fill="FCF0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EF0F32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</w:tblPr>
    <w:tcPr>
      <w:shd w:val="clear" w:color="auto" w:fill="E0F8E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7EAA" w:themeFill="accent4" w:themeFillShade="CC"/>
      </w:tcPr>
    </w:tblStylePr>
    <w:tblStylePr w:type="lastRow">
      <w:rPr>
        <w:b/>
        <w:bCs/>
        <w:color w:val="0C7EA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EF0F32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</w:tblPr>
    <w:tcPr>
      <w:shd w:val="clear" w:color="auto" w:fill="E5F6F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551C" w:themeFill="accent3" w:themeFillShade="CC"/>
      </w:tcPr>
    </w:tblStylePr>
    <w:tblStylePr w:type="lastRow">
      <w:rPr>
        <w:b/>
        <w:bCs/>
        <w:color w:val="14551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EF0F32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8524" w:themeFill="accent6" w:themeFillShade="CC"/>
      </w:tcPr>
    </w:tblStylePr>
    <w:tblStylePr w:type="lastRow">
      <w:rPr>
        <w:b/>
        <w:bCs/>
        <w:color w:val="3E85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EF0F32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2275" w:themeFill="accent5" w:themeFillShade="CC"/>
      </w:tcPr>
    </w:tblStylePr>
    <w:tblStylePr w:type="lastRow">
      <w:rPr>
        <w:b/>
        <w:bCs/>
        <w:color w:val="7F227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ColorfulGrid">
    <w:name w:val="Colorful Grid"/>
    <w:basedOn w:val="TableNormal"/>
    <w:uiPriority w:val="73"/>
    <w:rsid w:val="00EF0F32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EF0F32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EF0F32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shd w:val="clear" w:color="auto" w:fill="F6C5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C5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EF0F32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shd w:val="clear" w:color="auto" w:fill="84E29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4E29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EF0F32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EF0F32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shd w:val="clear" w:color="auto" w:fill="E59ED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E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EF0F32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/Users\natyaranco\Documents\GitHub\EUT_paper_2026\output\excels\figure2_sensitivity_comparable_countries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percentStacked"/>
        <c:varyColors val="0"/>
        <c:ser>
          <c:idx val="0"/>
          <c:order val="0"/>
          <c:tx>
            <c:strRef>
              <c:f>pct_distribution!$C$6</c:f>
              <c:strCache>
                <c:ptCount val="1"/>
                <c:pt idx="0">
                  <c:v>ADL</c:v>
                </c:pt>
              </c:strCache>
            </c:strRef>
          </c:tx>
          <c:spPr>
            <a:solidFill>
              <a:schemeClr val="accent6">
                <a:lumMod val="40000"/>
                <a:lumOff val="6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Y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pct_distribution!$A$7:$B$18</c:f>
              <c:multiLvlStrCache>
                <c:ptCount val="12"/>
                <c:lvl>
                  <c:pt idx="0">
                    <c:v>Men</c:v>
                  </c:pt>
                  <c:pt idx="1">
                    <c:v>Women</c:v>
                  </c:pt>
                  <c:pt idx="2">
                    <c:v>All</c:v>
                  </c:pt>
                  <c:pt idx="3">
                    <c:v>Men</c:v>
                  </c:pt>
                  <c:pt idx="4">
                    <c:v>Women</c:v>
                  </c:pt>
                  <c:pt idx="5">
                    <c:v>All</c:v>
                  </c:pt>
                  <c:pt idx="6">
                    <c:v>Men</c:v>
                  </c:pt>
                  <c:pt idx="7">
                    <c:v>Women</c:v>
                  </c:pt>
                  <c:pt idx="8">
                    <c:v>All</c:v>
                  </c:pt>
                  <c:pt idx="9">
                    <c:v>Men</c:v>
                  </c:pt>
                  <c:pt idx="10">
                    <c:v>Women</c:v>
                  </c:pt>
                  <c:pt idx="11">
                    <c:v>All</c:v>
                  </c:pt>
                </c:lvl>
                <c:lvl>
                  <c:pt idx="0">
                    <c:v>Children without disabilities</c:v>
                  </c:pt>
                  <c:pt idx="3">
                    <c:v>PwD of all ages</c:v>
                  </c:pt>
                  <c:pt idx="6">
                    <c:v>Older people without disabilities</c:v>
                  </c:pt>
                  <c:pt idx="9">
                    <c:v>All caregivers</c:v>
                  </c:pt>
                </c:lvl>
              </c:multiLvlStrCache>
            </c:multiLvlStrRef>
          </c:cat>
          <c:val>
            <c:numRef>
              <c:f>pct_distribution!$C$7:$C$18</c:f>
              <c:numCache>
                <c:formatCode>0</c:formatCode>
                <c:ptCount val="12"/>
                <c:pt idx="0">
                  <c:v>19.99533820429539</c:v>
                </c:pt>
                <c:pt idx="1">
                  <c:v>40.706410622434099</c:v>
                </c:pt>
                <c:pt idx="2">
                  <c:v>36.103504298234263</c:v>
                </c:pt>
                <c:pt idx="3">
                  <c:v>31.813039299846498</c:v>
                </c:pt>
                <c:pt idx="4">
                  <c:v>48.727611878989933</c:v>
                </c:pt>
                <c:pt idx="5">
                  <c:v>43.816738338056759</c:v>
                </c:pt>
                <c:pt idx="6">
                  <c:v>5.3320578848946889</c:v>
                </c:pt>
                <c:pt idx="7">
                  <c:v>6.8805261506525941</c:v>
                </c:pt>
                <c:pt idx="8">
                  <c:v>6.2945372057108138</c:v>
                </c:pt>
                <c:pt idx="9">
                  <c:v>23.244240361948684</c:v>
                </c:pt>
                <c:pt idx="10">
                  <c:v>41.24265780311552</c:v>
                </c:pt>
                <c:pt idx="11">
                  <c:v>36.883605030221737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B59-8C45-B452-098D9F987521}"/>
            </c:ext>
          </c:extLst>
        </c:ser>
        <c:ser>
          <c:idx val="1"/>
          <c:order val="1"/>
          <c:tx>
            <c:strRef>
              <c:f>pct_distribution!$D$6</c:f>
              <c:strCache>
                <c:ptCount val="1"/>
                <c:pt idx="0">
                  <c:v>IADL</c:v>
                </c:pt>
              </c:strCache>
            </c:strRef>
          </c:tx>
          <c:spPr>
            <a:solidFill>
              <a:schemeClr val="accent4">
                <a:lumMod val="40000"/>
                <a:lumOff val="6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Y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pct_distribution!$A$7:$B$18</c:f>
              <c:multiLvlStrCache>
                <c:ptCount val="12"/>
                <c:lvl>
                  <c:pt idx="0">
                    <c:v>Men</c:v>
                  </c:pt>
                  <c:pt idx="1">
                    <c:v>Women</c:v>
                  </c:pt>
                  <c:pt idx="2">
                    <c:v>All</c:v>
                  </c:pt>
                  <c:pt idx="3">
                    <c:v>Men</c:v>
                  </c:pt>
                  <c:pt idx="4">
                    <c:v>Women</c:v>
                  </c:pt>
                  <c:pt idx="5">
                    <c:v>All</c:v>
                  </c:pt>
                  <c:pt idx="6">
                    <c:v>Men</c:v>
                  </c:pt>
                  <c:pt idx="7">
                    <c:v>Women</c:v>
                  </c:pt>
                  <c:pt idx="8">
                    <c:v>All</c:v>
                  </c:pt>
                  <c:pt idx="9">
                    <c:v>Men</c:v>
                  </c:pt>
                  <c:pt idx="10">
                    <c:v>Women</c:v>
                  </c:pt>
                  <c:pt idx="11">
                    <c:v>All</c:v>
                  </c:pt>
                </c:lvl>
                <c:lvl>
                  <c:pt idx="0">
                    <c:v>Children without disabilities</c:v>
                  </c:pt>
                  <c:pt idx="3">
                    <c:v>PwD of all ages</c:v>
                  </c:pt>
                  <c:pt idx="6">
                    <c:v>Older people without disabilities</c:v>
                  </c:pt>
                  <c:pt idx="9">
                    <c:v>All caregivers</c:v>
                  </c:pt>
                </c:lvl>
              </c:multiLvlStrCache>
            </c:multiLvlStrRef>
          </c:cat>
          <c:val>
            <c:numRef>
              <c:f>pct_distribution!$D$7:$D$18</c:f>
              <c:numCache>
                <c:formatCode>0</c:formatCode>
                <c:ptCount val="12"/>
                <c:pt idx="0">
                  <c:v>48.14235043243562</c:v>
                </c:pt>
                <c:pt idx="1">
                  <c:v>30.402126036276833</c:v>
                </c:pt>
                <c:pt idx="2">
                  <c:v>34.29647174506205</c:v>
                </c:pt>
                <c:pt idx="3">
                  <c:v>24.474388582752983</c:v>
                </c:pt>
                <c:pt idx="4">
                  <c:v>24.352764154851485</c:v>
                </c:pt>
                <c:pt idx="5">
                  <c:v>24.337672914070097</c:v>
                </c:pt>
                <c:pt idx="6">
                  <c:v>78.438813123742705</c:v>
                </c:pt>
                <c:pt idx="7">
                  <c:v>73.452333098574258</c:v>
                </c:pt>
                <c:pt idx="8">
                  <c:v>75.337804335577786</c:v>
                </c:pt>
                <c:pt idx="9">
                  <c:v>46.354698401340343</c:v>
                </c:pt>
                <c:pt idx="10">
                  <c:v>31.874944579003834</c:v>
                </c:pt>
                <c:pt idx="11">
                  <c:v>35.316590657521594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B59-8C45-B452-098D9F987521}"/>
            </c:ext>
          </c:extLst>
        </c:ser>
        <c:ser>
          <c:idx val="2"/>
          <c:order val="2"/>
          <c:tx>
            <c:strRef>
              <c:f>pct_distribution!$E$6</c:f>
              <c:strCache>
                <c:ptCount val="1"/>
                <c:pt idx="0">
                  <c:v>EDUC</c:v>
                </c:pt>
              </c:strCache>
            </c:strRef>
          </c:tx>
          <c:spPr>
            <a:solidFill>
              <a:schemeClr val="bg2">
                <a:lumMod val="9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Y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pct_distribution!$A$7:$B$18</c:f>
              <c:multiLvlStrCache>
                <c:ptCount val="12"/>
                <c:lvl>
                  <c:pt idx="0">
                    <c:v>Men</c:v>
                  </c:pt>
                  <c:pt idx="1">
                    <c:v>Women</c:v>
                  </c:pt>
                  <c:pt idx="2">
                    <c:v>All</c:v>
                  </c:pt>
                  <c:pt idx="3">
                    <c:v>Men</c:v>
                  </c:pt>
                  <c:pt idx="4">
                    <c:v>Women</c:v>
                  </c:pt>
                  <c:pt idx="5">
                    <c:v>All</c:v>
                  </c:pt>
                  <c:pt idx="6">
                    <c:v>Men</c:v>
                  </c:pt>
                  <c:pt idx="7">
                    <c:v>Women</c:v>
                  </c:pt>
                  <c:pt idx="8">
                    <c:v>All</c:v>
                  </c:pt>
                  <c:pt idx="9">
                    <c:v>Men</c:v>
                  </c:pt>
                  <c:pt idx="10">
                    <c:v>Women</c:v>
                  </c:pt>
                  <c:pt idx="11">
                    <c:v>All</c:v>
                  </c:pt>
                </c:lvl>
                <c:lvl>
                  <c:pt idx="0">
                    <c:v>Children without disabilities</c:v>
                  </c:pt>
                  <c:pt idx="3">
                    <c:v>PwD of all ages</c:v>
                  </c:pt>
                  <c:pt idx="6">
                    <c:v>Older people without disabilities</c:v>
                  </c:pt>
                  <c:pt idx="9">
                    <c:v>All caregivers</c:v>
                  </c:pt>
                </c:lvl>
              </c:multiLvlStrCache>
            </c:multiLvlStrRef>
          </c:cat>
          <c:val>
            <c:numRef>
              <c:f>pct_distribution!$E$7:$E$18</c:f>
              <c:numCache>
                <c:formatCode>0</c:formatCode>
                <c:ptCount val="12"/>
                <c:pt idx="0">
                  <c:v>30.301320863014137</c:v>
                </c:pt>
                <c:pt idx="1">
                  <c:v>27.102748537287507</c:v>
                </c:pt>
                <c:pt idx="2">
                  <c:v>27.860031113251218</c:v>
                </c:pt>
                <c:pt idx="3">
                  <c:v>32.505885145185204</c:v>
                </c:pt>
                <c:pt idx="4">
                  <c:v>17.651604892658789</c:v>
                </c:pt>
                <c:pt idx="5">
                  <c:v>21.993044551075307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25.55709485334895</c:v>
                </c:pt>
                <c:pt idx="10">
                  <c:v>22.872396708411024</c:v>
                </c:pt>
                <c:pt idx="11">
                  <c:v>23.577788365729131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8B59-8C45-B452-098D9F987521}"/>
            </c:ext>
          </c:extLst>
        </c:ser>
        <c:ser>
          <c:idx val="3"/>
          <c:order val="3"/>
          <c:tx>
            <c:strRef>
              <c:f>pct_distribution!$F$6</c:f>
              <c:strCache>
                <c:ptCount val="1"/>
                <c:pt idx="0">
                  <c:v>HEALTH</c:v>
                </c:pt>
              </c:strCache>
            </c:strRef>
          </c:tx>
          <c:spPr>
            <a:solidFill>
              <a:srgbClr val="00919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Y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pct_distribution!$A$7:$B$18</c:f>
              <c:multiLvlStrCache>
                <c:ptCount val="12"/>
                <c:lvl>
                  <c:pt idx="0">
                    <c:v>Men</c:v>
                  </c:pt>
                  <c:pt idx="1">
                    <c:v>Women</c:v>
                  </c:pt>
                  <c:pt idx="2">
                    <c:v>All</c:v>
                  </c:pt>
                  <c:pt idx="3">
                    <c:v>Men</c:v>
                  </c:pt>
                  <c:pt idx="4">
                    <c:v>Women</c:v>
                  </c:pt>
                  <c:pt idx="5">
                    <c:v>All</c:v>
                  </c:pt>
                  <c:pt idx="6">
                    <c:v>Men</c:v>
                  </c:pt>
                  <c:pt idx="7">
                    <c:v>Women</c:v>
                  </c:pt>
                  <c:pt idx="8">
                    <c:v>All</c:v>
                  </c:pt>
                  <c:pt idx="9">
                    <c:v>Men</c:v>
                  </c:pt>
                  <c:pt idx="10">
                    <c:v>Women</c:v>
                  </c:pt>
                  <c:pt idx="11">
                    <c:v>All</c:v>
                  </c:pt>
                </c:lvl>
                <c:lvl>
                  <c:pt idx="0">
                    <c:v>Children without disabilities</c:v>
                  </c:pt>
                  <c:pt idx="3">
                    <c:v>PwD of all ages</c:v>
                  </c:pt>
                  <c:pt idx="6">
                    <c:v>Older people without disabilities</c:v>
                  </c:pt>
                  <c:pt idx="9">
                    <c:v>All caregivers</c:v>
                  </c:pt>
                </c:lvl>
              </c:multiLvlStrCache>
            </c:multiLvlStrRef>
          </c:cat>
          <c:val>
            <c:numRef>
              <c:f>pct_distribution!$F$7:$F$18</c:f>
              <c:numCache>
                <c:formatCode>0</c:formatCode>
                <c:ptCount val="12"/>
                <c:pt idx="0">
                  <c:v>1.5609905002548454</c:v>
                </c:pt>
                <c:pt idx="1">
                  <c:v>1.7887148040015812</c:v>
                </c:pt>
                <c:pt idx="2">
                  <c:v>1.7399928434524703</c:v>
                </c:pt>
                <c:pt idx="3">
                  <c:v>11.206686972215319</c:v>
                </c:pt>
                <c:pt idx="4">
                  <c:v>9.2680190734997954</c:v>
                </c:pt>
                <c:pt idx="5">
                  <c:v>9.8525441967978402</c:v>
                </c:pt>
                <c:pt idx="6">
                  <c:v>16.229128991362604</c:v>
                </c:pt>
                <c:pt idx="7">
                  <c:v>19.667140750773164</c:v>
                </c:pt>
                <c:pt idx="8">
                  <c:v>18.3676584587114</c:v>
                </c:pt>
                <c:pt idx="9">
                  <c:v>4.8439663833620275</c:v>
                </c:pt>
                <c:pt idx="10">
                  <c:v>4.0100009094696247</c:v>
                </c:pt>
                <c:pt idx="11">
                  <c:v>4.2220159465275335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8B59-8C45-B452-098D9F987521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86"/>
        <c:overlap val="100"/>
        <c:axId val="719093151"/>
        <c:axId val="804522095"/>
      </c:barChart>
      <c:catAx>
        <c:axId val="719093151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Y"/>
          </a:p>
        </c:txPr>
        <c:crossAx val="804522095"/>
        <c:crosses val="autoZero"/>
        <c:auto val="1"/>
        <c:lblAlgn val="ctr"/>
        <c:lblOffset val="100"/>
        <c:noMultiLvlLbl val="0"/>
      </c:catAx>
      <c:valAx>
        <c:axId val="804522095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Y"/>
          </a:p>
        </c:txPr>
        <c:crossAx val="719093151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Y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Y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9dfb1a05-5f1d-449a-8960-62abcb479e7d}" enabled="0" method="" siteId="{9dfb1a05-5f1d-449a-8960-62abcb479e7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1990</Words>
  <Characters>10430</Characters>
  <Application>Microsoft Office Word</Application>
  <DocSecurity>0</DocSecurity>
  <Lines>695</Lines>
  <Paragraphs>591</Paragraphs>
  <ScaleCrop>false</ScaleCrop>
  <Company/>
  <LinksUpToDate>false</LinksUpToDate>
  <CharactersWithSpaces>11829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aranco</dc:creator>
  <cp:keywords/>
  <dc:description/>
  <cp:lastModifiedBy>natalia aranco</cp:lastModifiedBy>
  <cp:revision>2</cp:revision>
  <dcterms:created xsi:type="dcterms:W3CDTF">2026-08-07T21:58:00Z</dcterms:created>
  <dcterms:modified xsi:type="dcterms:W3CDTF">2026-08-07T21:58:00Z</dcterms:modified>
</cp:coreProperties>
</file>